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307FF798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8E5780">
        <w:rPr>
          <w:b/>
          <w:bCs/>
          <w:sz w:val="40"/>
          <w:szCs w:val="40"/>
        </w:rPr>
        <w:t>Infectious Diseases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24C98232" w:rsidR="009E4AEB" w:rsidRPr="00597958" w:rsidRDefault="00846BF0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9E4AEB" w:rsidRPr="00597958">
              <w:rPr>
                <w:b/>
                <w:bCs/>
              </w:rPr>
              <w:t>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63434F62">
                <wp:simplePos x="0" y="0"/>
                <wp:positionH relativeFrom="margin">
                  <wp:align>right</wp:align>
                </wp:positionH>
                <wp:positionV relativeFrom="paragraph">
                  <wp:posOffset>2175952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3027F7ED" w:rsidR="002931FF" w:rsidRPr="00B25E2F" w:rsidRDefault="00B25E2F" w:rsidP="00B25E2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71.3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Deh/m8&#10;3QAAAAgBAAAPAAAAAAAAAAAAAAAAAGgEAABkcnMvZG93bnJldi54bWxQSwUGAAAAAAQABADzAAAA&#10;cgUAAAAA&#10;">
                <v:textbox style="mso-fit-shape-to-text:t">
                  <w:txbxContent>
                    <w:p w14:paraId="0B7A552B" w14:textId="3027F7ED" w:rsidR="002931FF" w:rsidRPr="00B25E2F" w:rsidRDefault="00B25E2F" w:rsidP="00B25E2F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63F6142D" w14:textId="77777777" w:rsidR="00846BF0" w:rsidRPr="00846BF0" w:rsidRDefault="00846BF0" w:rsidP="00846BF0">
      <w:pPr>
        <w:pStyle w:val="Heading1"/>
      </w:pPr>
      <w:r w:rsidRPr="00846BF0">
        <w:lastRenderedPageBreak/>
        <w:t>Career Objective / Personal Statement</w:t>
      </w:r>
    </w:p>
    <w:p w14:paraId="7270FBE1" w14:textId="029EB429" w:rsidR="00846BF0" w:rsidRDefault="00846BF0" w:rsidP="00846BF0">
      <w:pPr>
        <w:rPr>
          <w:b/>
          <w:bCs/>
        </w:rPr>
      </w:pPr>
      <w:r w:rsidRPr="00846BF0">
        <w:rPr>
          <w:b/>
          <w:bCs/>
        </w:rPr>
        <w:t>Brief statement (250 words) outlining your motivation for a career in medicine, chosen specialty, and career goals.</w:t>
      </w:r>
    </w:p>
    <w:sdt>
      <w:sdtPr>
        <w:rPr>
          <w:b/>
          <w:bCs/>
        </w:rPr>
        <w:id w:val="-1539039204"/>
        <w:placeholder>
          <w:docPart w:val="52A7464D96FD4651804EB52EF6222011"/>
        </w:placeholder>
        <w:showingPlcHdr/>
      </w:sdtPr>
      <w:sdtContent>
        <w:p w14:paraId="21497E6C" w14:textId="31D80EF5" w:rsidR="00846BF0" w:rsidRPr="00846BF0" w:rsidRDefault="00846BF0" w:rsidP="00846BF0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18146BAE" w14:textId="77777777" w:rsidR="00846BF0" w:rsidRDefault="00846BF0" w:rsidP="00846BF0"/>
    <w:p w14:paraId="73ED809F" w14:textId="619479E0" w:rsidR="00214ECC" w:rsidRDefault="003729FB" w:rsidP="001C17E4">
      <w:pPr>
        <w:pStyle w:val="Heading1"/>
      </w:pPr>
      <w:r>
        <w:t>Commitment to Specialty &amp; Career Motivation</w:t>
      </w:r>
    </w:p>
    <w:p w14:paraId="3808862C" w14:textId="77777777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</w:t>
      </w:r>
      <w:r w:rsidR="002D7D98" w:rsidRPr="00597958">
        <w:rPr>
          <w:b/>
          <w:bCs/>
        </w:rPr>
        <w:t xml:space="preserve"> (200 words)</w:t>
      </w:r>
    </w:p>
    <w:p w14:paraId="63A91466" w14:textId="26842EEA" w:rsidR="00214ECC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B918E70" w14:textId="4FEC28B6" w:rsidR="00846BF0" w:rsidRDefault="00846BF0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experiences have influenced your decision to pursue this area? (200 words)</w:t>
      </w:r>
    </w:p>
    <w:sdt>
      <w:sdtPr>
        <w:id w:val="407199932"/>
        <w:placeholder>
          <w:docPart w:val="C0492C6D754449F8B542EA48D1DCE9D9"/>
        </w:placeholder>
        <w:showingPlcHdr/>
      </w:sdtPr>
      <w:sdtContent>
        <w:p w14:paraId="471A4DB6" w14:textId="3655BCCF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51C12F35" w14:textId="470024D3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D446B95" w14:textId="156007D2" w:rsidR="007C3707" w:rsidRDefault="00846BF0" w:rsidP="00846BF0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are your short- and long-term career goals in this field? (200 words)</w:t>
      </w:r>
    </w:p>
    <w:sdt>
      <w:sdtPr>
        <w:id w:val="-1794284309"/>
        <w:placeholder>
          <w:docPart w:val="7E49DCD23CEC4ECE8F377BF42DDB4968"/>
        </w:placeholder>
        <w:showingPlcHdr/>
      </w:sdtPr>
      <w:sdtContent>
        <w:p w14:paraId="1218BEFA" w14:textId="77EB5171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214C56ED" w14:textId="77777777" w:rsidR="00B25E2F" w:rsidRDefault="00B25E2F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28495B9D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DCA766C" w14:textId="77777777" w:rsidR="00846BF0" w:rsidRDefault="00846BF0" w:rsidP="00846BF0"/>
    <w:p w14:paraId="45EC413B" w14:textId="77777777" w:rsidR="00846BF0" w:rsidRDefault="00846BF0" w:rsidP="00846BF0"/>
    <w:p w14:paraId="75B4FEB0" w14:textId="541B1391" w:rsidR="3FE541D5" w:rsidRDefault="002D7D98" w:rsidP="001C17E4">
      <w:pPr>
        <w:pStyle w:val="Heading1"/>
      </w:pPr>
      <w:r>
        <w:t>Current Professional Registrations</w:t>
      </w:r>
      <w:r w:rsidR="00F4085D">
        <w:t xml:space="preserve"> </w:t>
      </w:r>
      <w:r w:rsidR="2D96377B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030D62DC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04751B70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719D6632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777A0AD1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4C86187A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66AAE0F0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0ABF11E6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64FAF7A8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7F88D5EC" w:rsidR="00B16633" w:rsidRDefault="00E3057B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72F5FA1A" w:rsidR="00B16633" w:rsidRDefault="00E3057B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15A72B4E" w:rsidR="00B16633" w:rsidRDefault="00E3057B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019B314B" w:rsidR="00B16633" w:rsidRDefault="00E3057B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77777777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>
        <w:tc>
          <w:tcPr>
            <w:tcW w:w="9350" w:type="dxa"/>
            <w:gridSpan w:val="2"/>
          </w:tcPr>
          <w:p w14:paraId="57CB4B58" w14:textId="659FA28D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71B1E8E1" w:rsidR="002E140B" w:rsidRDefault="002E140B" w:rsidP="002E140B"/>
        </w:tc>
      </w:tr>
      <w:tr w:rsidR="002E140B" w14:paraId="11904FE7" w14:textId="77777777">
        <w:tc>
          <w:tcPr>
            <w:tcW w:w="9350" w:type="dxa"/>
            <w:gridSpan w:val="2"/>
          </w:tcPr>
          <w:p w14:paraId="17040DC0" w14:textId="0E31571C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2E140B">
        <w:tc>
          <w:tcPr>
            <w:tcW w:w="2547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2E140B">
        <w:tc>
          <w:tcPr>
            <w:tcW w:w="2547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2E140B">
        <w:tc>
          <w:tcPr>
            <w:tcW w:w="2547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2E140B">
        <w:tc>
          <w:tcPr>
            <w:tcW w:w="2547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2C5684CC" w:rsidR="002E140B" w:rsidRDefault="002E140B" w:rsidP="002E140B"/>
        </w:tc>
      </w:tr>
      <w:tr w:rsidR="00B25E2F" w14:paraId="54CE028D" w14:textId="77777777">
        <w:tc>
          <w:tcPr>
            <w:tcW w:w="9350" w:type="dxa"/>
            <w:gridSpan w:val="2"/>
          </w:tcPr>
          <w:p w14:paraId="2C6FB70C" w14:textId="29F22233" w:rsidR="00B25E2F" w:rsidRDefault="00B25E2F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423498819"/>
                <w:placeholder>
                  <w:docPart w:val="93950904BBD34A1C81EF2304DFE5ECA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044096AB" w14:textId="77777777" w:rsidTr="002E140B">
        <w:tc>
          <w:tcPr>
            <w:tcW w:w="2547" w:type="dxa"/>
          </w:tcPr>
          <w:p w14:paraId="7E44C817" w14:textId="77777777" w:rsidR="00B25E2F" w:rsidRDefault="00B25E2F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505716824"/>
            <w:placeholder>
              <w:docPart w:val="9E0DD85AA32D405DA5DA7E47368CF28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FBD17A3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2E45B70E" w14:textId="77777777" w:rsidTr="002E140B">
        <w:tc>
          <w:tcPr>
            <w:tcW w:w="2547" w:type="dxa"/>
          </w:tcPr>
          <w:p w14:paraId="3CE0D86A" w14:textId="77777777" w:rsidR="00B25E2F" w:rsidRDefault="00B25E2F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245488710"/>
            <w:placeholder>
              <w:docPart w:val="5B2A999D880D4003AF6EA2E2A6021D7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8DB407D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5EC22422" w14:textId="77777777" w:rsidTr="002E140B">
        <w:tc>
          <w:tcPr>
            <w:tcW w:w="2547" w:type="dxa"/>
          </w:tcPr>
          <w:p w14:paraId="438C5E0A" w14:textId="77777777" w:rsidR="00B25E2F" w:rsidRDefault="00B25E2F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913924794"/>
            <w:placeholder>
              <w:docPart w:val="E7BBF1003A26407AA0B45B90FACC5C8A"/>
            </w:placeholder>
            <w:showingPlcHdr/>
          </w:sdtPr>
          <w:sdtContent>
            <w:tc>
              <w:tcPr>
                <w:tcW w:w="6803" w:type="dxa"/>
              </w:tcPr>
              <w:p w14:paraId="7B008A2F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4C4C723" w14:textId="77777777" w:rsidTr="002E140B">
        <w:tc>
          <w:tcPr>
            <w:tcW w:w="2547" w:type="dxa"/>
          </w:tcPr>
          <w:p w14:paraId="58F11E51" w14:textId="77777777" w:rsidR="00B25E2F" w:rsidRDefault="00B25E2F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936737558"/>
            <w:placeholder>
              <w:docPart w:val="0C27D6B0B07A4519BC60486D63EBC9C6"/>
            </w:placeholder>
            <w:showingPlcHdr/>
          </w:sdtPr>
          <w:sdtContent>
            <w:tc>
              <w:tcPr>
                <w:tcW w:w="6803" w:type="dxa"/>
              </w:tcPr>
              <w:p w14:paraId="3524EDD5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BF8D450" w14:textId="77777777" w:rsidTr="002E140B">
        <w:tc>
          <w:tcPr>
            <w:tcW w:w="2547" w:type="dxa"/>
            <w:vAlign w:val="center"/>
          </w:tcPr>
          <w:p w14:paraId="6C1883D8" w14:textId="77777777" w:rsidR="00B25E2F" w:rsidRDefault="00B25E2F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5520208"/>
            <w:placeholder>
              <w:docPart w:val="C0599321E46B47E5A9A6A7978037C9C6"/>
            </w:placeholder>
            <w:showingPlcHdr/>
          </w:sdtPr>
          <w:sdtContent>
            <w:tc>
              <w:tcPr>
                <w:tcW w:w="6803" w:type="dxa"/>
              </w:tcPr>
              <w:p w14:paraId="0386F886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9075C57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3F604A3" w14:textId="77777777" w:rsidR="00B25E2F" w:rsidRDefault="00B25E2F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81148923"/>
            <w:placeholder>
              <w:docPart w:val="4180D848FAC7444D8DCB36CAB3BDED7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501CB98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B738EE4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6E7B0E" w14:textId="05E47F3E" w:rsidR="00B25E2F" w:rsidRDefault="00B25E2F" w:rsidP="002E140B"/>
        </w:tc>
      </w:tr>
      <w:tr w:rsidR="00B25E2F" w14:paraId="0F3AE21F" w14:textId="77777777">
        <w:tc>
          <w:tcPr>
            <w:tcW w:w="9350" w:type="dxa"/>
            <w:gridSpan w:val="2"/>
          </w:tcPr>
          <w:p w14:paraId="383CCABF" w14:textId="3B385F03" w:rsidR="00B25E2F" w:rsidRDefault="00B25E2F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511725100"/>
                <w:placeholder>
                  <w:docPart w:val="0CBD32D287894CD09A4B06613302A8C9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35D3A663" w14:textId="77777777" w:rsidTr="002E140B">
        <w:tc>
          <w:tcPr>
            <w:tcW w:w="2547" w:type="dxa"/>
          </w:tcPr>
          <w:p w14:paraId="610185D8" w14:textId="77777777" w:rsidR="00B25E2F" w:rsidRDefault="00B25E2F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634705709"/>
            <w:placeholder>
              <w:docPart w:val="6B9920180D3F48F88A59A188964CDA0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2788D5B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53489F1E" w14:textId="77777777" w:rsidTr="002E140B">
        <w:tc>
          <w:tcPr>
            <w:tcW w:w="2547" w:type="dxa"/>
          </w:tcPr>
          <w:p w14:paraId="13A30500" w14:textId="77777777" w:rsidR="00B25E2F" w:rsidRDefault="00B25E2F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427541765"/>
            <w:placeholder>
              <w:docPart w:val="D6753B24D82D4489A36D57AD74F4547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0038D17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2247B5A0" w14:textId="77777777" w:rsidTr="002E140B">
        <w:tc>
          <w:tcPr>
            <w:tcW w:w="2547" w:type="dxa"/>
          </w:tcPr>
          <w:p w14:paraId="240D342B" w14:textId="77777777" w:rsidR="00B25E2F" w:rsidRDefault="00B25E2F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200614995"/>
            <w:placeholder>
              <w:docPart w:val="A4DE5812F6454694AACA90CF6243ABCD"/>
            </w:placeholder>
            <w:showingPlcHdr/>
          </w:sdtPr>
          <w:sdtContent>
            <w:tc>
              <w:tcPr>
                <w:tcW w:w="6803" w:type="dxa"/>
              </w:tcPr>
              <w:p w14:paraId="2997092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78CA27A" w14:textId="77777777" w:rsidTr="002E140B">
        <w:tc>
          <w:tcPr>
            <w:tcW w:w="2547" w:type="dxa"/>
          </w:tcPr>
          <w:p w14:paraId="340F9065" w14:textId="77777777" w:rsidR="00B25E2F" w:rsidRDefault="00B25E2F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910035520"/>
            <w:placeholder>
              <w:docPart w:val="FEA9CE2AC10247B6A9D643E28B113D02"/>
            </w:placeholder>
            <w:showingPlcHdr/>
          </w:sdtPr>
          <w:sdtContent>
            <w:tc>
              <w:tcPr>
                <w:tcW w:w="6803" w:type="dxa"/>
              </w:tcPr>
              <w:p w14:paraId="5423414A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7B25061" w14:textId="77777777" w:rsidTr="002E140B">
        <w:tc>
          <w:tcPr>
            <w:tcW w:w="2547" w:type="dxa"/>
            <w:vAlign w:val="center"/>
          </w:tcPr>
          <w:p w14:paraId="1942000F" w14:textId="77777777" w:rsidR="00B25E2F" w:rsidRDefault="00B25E2F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333423053"/>
            <w:placeholder>
              <w:docPart w:val="840E2C80CDC046899502CE35811A35E9"/>
            </w:placeholder>
            <w:showingPlcHdr/>
          </w:sdtPr>
          <w:sdtContent>
            <w:tc>
              <w:tcPr>
                <w:tcW w:w="6803" w:type="dxa"/>
              </w:tcPr>
              <w:p w14:paraId="1408FBD8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6441A19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EC27AF2" w14:textId="77777777" w:rsidR="00B25E2F" w:rsidRDefault="00B25E2F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945844897"/>
            <w:placeholder>
              <w:docPart w:val="24FC70836B0244DE8F331D914AAC5C4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5F36A5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DD9A3C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A0047" w14:textId="37D9D7CB" w:rsidR="00B25E2F" w:rsidRDefault="00B25E2F" w:rsidP="002E140B"/>
        </w:tc>
      </w:tr>
      <w:tr w:rsidR="00B25E2F" w14:paraId="1D6A5177" w14:textId="77777777">
        <w:tc>
          <w:tcPr>
            <w:tcW w:w="9350" w:type="dxa"/>
            <w:gridSpan w:val="2"/>
          </w:tcPr>
          <w:p w14:paraId="7062E7FA" w14:textId="6FFD4A67" w:rsidR="00B25E2F" w:rsidRDefault="00B25E2F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2013026375"/>
                <w:placeholder>
                  <w:docPart w:val="F565529FFC1148BA8C3210C99BCC178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1C736CB1" w14:textId="77777777" w:rsidTr="002E140B">
        <w:tc>
          <w:tcPr>
            <w:tcW w:w="2547" w:type="dxa"/>
          </w:tcPr>
          <w:p w14:paraId="12C40E96" w14:textId="77777777" w:rsidR="00B25E2F" w:rsidRDefault="00B25E2F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363751453"/>
            <w:placeholder>
              <w:docPart w:val="4E0BAC110F414297B56F6F0FF42A8E4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670477E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7FDC1E81" w14:textId="77777777" w:rsidTr="002E140B">
        <w:tc>
          <w:tcPr>
            <w:tcW w:w="2547" w:type="dxa"/>
          </w:tcPr>
          <w:p w14:paraId="131D7375" w14:textId="77777777" w:rsidR="00B25E2F" w:rsidRDefault="00B25E2F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061600676"/>
            <w:placeholder>
              <w:docPart w:val="4EAA0FD18F2946D4A9398E63F1070D7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BE308F9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5E8FBBC9" w14:textId="77777777" w:rsidTr="002E140B">
        <w:tc>
          <w:tcPr>
            <w:tcW w:w="2547" w:type="dxa"/>
          </w:tcPr>
          <w:p w14:paraId="3A8B4A5A" w14:textId="77777777" w:rsidR="00B25E2F" w:rsidRDefault="00B25E2F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718345332"/>
            <w:placeholder>
              <w:docPart w:val="B4EA8CB4115849519A1E2662B67524BA"/>
            </w:placeholder>
            <w:showingPlcHdr/>
          </w:sdtPr>
          <w:sdtContent>
            <w:tc>
              <w:tcPr>
                <w:tcW w:w="6803" w:type="dxa"/>
              </w:tcPr>
              <w:p w14:paraId="0CB0328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E4E4806" w14:textId="77777777" w:rsidTr="002E140B">
        <w:tc>
          <w:tcPr>
            <w:tcW w:w="2547" w:type="dxa"/>
          </w:tcPr>
          <w:p w14:paraId="4B23FE30" w14:textId="77777777" w:rsidR="00B25E2F" w:rsidRDefault="00B25E2F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050500715"/>
            <w:placeholder>
              <w:docPart w:val="94AF4504CC09468FBCF1795A8BDCC564"/>
            </w:placeholder>
            <w:showingPlcHdr/>
          </w:sdtPr>
          <w:sdtContent>
            <w:tc>
              <w:tcPr>
                <w:tcW w:w="6803" w:type="dxa"/>
              </w:tcPr>
              <w:p w14:paraId="3EDB4E0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676CD8B" w14:textId="77777777" w:rsidTr="002E140B">
        <w:tc>
          <w:tcPr>
            <w:tcW w:w="2547" w:type="dxa"/>
            <w:vAlign w:val="center"/>
          </w:tcPr>
          <w:p w14:paraId="1C2DFF53" w14:textId="77777777" w:rsidR="00B25E2F" w:rsidRDefault="00B25E2F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905749447"/>
            <w:placeholder>
              <w:docPart w:val="E05D83A0B0604A24A43667A1FE03E932"/>
            </w:placeholder>
            <w:showingPlcHdr/>
          </w:sdtPr>
          <w:sdtContent>
            <w:tc>
              <w:tcPr>
                <w:tcW w:w="6803" w:type="dxa"/>
              </w:tcPr>
              <w:p w14:paraId="2BA8D16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4226447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6B7EE8B" w14:textId="77777777" w:rsidR="00B25E2F" w:rsidRDefault="00B25E2F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301311562"/>
            <w:placeholder>
              <w:docPart w:val="45D4C8C4275641FC85752E3CB7AA75C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94701F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A02543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DB695" w14:textId="31DF7BDD" w:rsidR="00B25E2F" w:rsidRDefault="00B25E2F" w:rsidP="002E140B"/>
        </w:tc>
      </w:tr>
    </w:tbl>
    <w:p w14:paraId="56595939" w14:textId="77777777" w:rsidR="00B25E2F" w:rsidRDefault="00B25E2F">
      <w:pPr>
        <w:pStyle w:val="Heading1"/>
      </w:pPr>
    </w:p>
    <w:p w14:paraId="49A65581" w14:textId="77777777" w:rsidR="00B25E2F" w:rsidRDefault="00B25E2F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3CC0C084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  <w:r w:rsidR="008E5780">
        <w:t xml:space="preserve"> Projects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>
        <w:tc>
          <w:tcPr>
            <w:tcW w:w="9350" w:type="dxa"/>
            <w:gridSpan w:val="2"/>
          </w:tcPr>
          <w:p w14:paraId="4B30661B" w14:textId="1BB74789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0A26162D" w:rsidR="00CD745A" w:rsidRDefault="00CD745A" w:rsidP="002D7D98"/>
        </w:tc>
      </w:tr>
      <w:tr w:rsidR="002931FF" w14:paraId="3014636D" w14:textId="77777777">
        <w:tc>
          <w:tcPr>
            <w:tcW w:w="9350" w:type="dxa"/>
            <w:gridSpan w:val="2"/>
          </w:tcPr>
          <w:p w14:paraId="3216CF1D" w14:textId="66BB59D8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Default="002931F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Default="002931F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Default="002931F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Default="002931F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Default="002931F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Default="002931F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79D11FBC" w:rsidR="002931FF" w:rsidRDefault="002931FF" w:rsidP="002D7D98"/>
        </w:tc>
      </w:tr>
      <w:tr w:rsidR="00B25E2F" w14:paraId="74431D06" w14:textId="77777777">
        <w:tc>
          <w:tcPr>
            <w:tcW w:w="9350" w:type="dxa"/>
            <w:gridSpan w:val="2"/>
          </w:tcPr>
          <w:p w14:paraId="4948431A" w14:textId="3161C676" w:rsidR="00B25E2F" w:rsidRDefault="00B25E2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666778078"/>
                <w:placeholder>
                  <w:docPart w:val="A0E2A2033A7541D6A85548103945E2F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77E4E546" w14:textId="77777777" w:rsidTr="00A0792E">
        <w:tc>
          <w:tcPr>
            <w:tcW w:w="2830" w:type="dxa"/>
            <w:vAlign w:val="center"/>
          </w:tcPr>
          <w:p w14:paraId="4DBD748D" w14:textId="77777777" w:rsidR="00B25E2F" w:rsidRDefault="00B25E2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310371050"/>
            <w:placeholder>
              <w:docPart w:val="AAED296183A94FF68EC2A30F1706A178"/>
            </w:placeholder>
            <w:showingPlcHdr/>
          </w:sdtPr>
          <w:sdtContent>
            <w:tc>
              <w:tcPr>
                <w:tcW w:w="6520" w:type="dxa"/>
              </w:tcPr>
              <w:p w14:paraId="782D2B59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A43C6ED" w14:textId="77777777" w:rsidTr="00A0792E">
        <w:tc>
          <w:tcPr>
            <w:tcW w:w="2830" w:type="dxa"/>
            <w:vAlign w:val="center"/>
          </w:tcPr>
          <w:p w14:paraId="233C96A8" w14:textId="77777777" w:rsidR="00B25E2F" w:rsidRDefault="00B25E2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666C77FB" w14:textId="77777777" w:rsidR="00B25E2F" w:rsidRDefault="00B25E2F" w:rsidP="002D7D98">
            <w:r>
              <w:t xml:space="preserve">Yes </w:t>
            </w:r>
            <w:sdt>
              <w:sdtPr>
                <w:id w:val="-1911989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94364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96083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67B1CE49" w14:textId="77777777" w:rsidTr="00A0792E">
        <w:tc>
          <w:tcPr>
            <w:tcW w:w="2830" w:type="dxa"/>
            <w:vAlign w:val="center"/>
          </w:tcPr>
          <w:p w14:paraId="45335DC5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389099531"/>
            <w:placeholder>
              <w:docPart w:val="009B08C6998C4817B8A4AB88903A40C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EA12914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75CFB5EC" w14:textId="77777777" w:rsidTr="00A0792E">
        <w:tc>
          <w:tcPr>
            <w:tcW w:w="2830" w:type="dxa"/>
            <w:vAlign w:val="center"/>
          </w:tcPr>
          <w:p w14:paraId="2B43C78C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489867846"/>
            <w:placeholder>
              <w:docPart w:val="AB00AEFCFD3340DEBA9935F564689B1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24B1774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592F6BE7" w14:textId="77777777" w:rsidTr="00A0792E">
        <w:tc>
          <w:tcPr>
            <w:tcW w:w="2830" w:type="dxa"/>
            <w:vAlign w:val="center"/>
          </w:tcPr>
          <w:p w14:paraId="3C831772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0C273BDF" w14:textId="77777777" w:rsidR="00B25E2F" w:rsidRDefault="00B25E2F" w:rsidP="00CD745A"/>
        </w:tc>
        <w:sdt>
          <w:sdtPr>
            <w:id w:val="-2072266739"/>
            <w:placeholder>
              <w:docPart w:val="92083A9B14A94F4096B112001E55D735"/>
            </w:placeholder>
            <w:showingPlcHdr/>
          </w:sdtPr>
          <w:sdtContent>
            <w:tc>
              <w:tcPr>
                <w:tcW w:w="6520" w:type="dxa"/>
              </w:tcPr>
              <w:p w14:paraId="58308A1D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832FAF0" w14:textId="77777777" w:rsidTr="00A0792E">
        <w:tc>
          <w:tcPr>
            <w:tcW w:w="2830" w:type="dxa"/>
            <w:vAlign w:val="center"/>
          </w:tcPr>
          <w:p w14:paraId="0B4B4FF1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63468DEA" w14:textId="77777777" w:rsidR="00B25E2F" w:rsidRDefault="00B25E2F" w:rsidP="00CD745A"/>
        </w:tc>
        <w:sdt>
          <w:sdtPr>
            <w:id w:val="1025446802"/>
            <w:placeholder>
              <w:docPart w:val="8DDA3BC9EB904F68B80B43D9A5221A79"/>
            </w:placeholder>
            <w:showingPlcHdr/>
          </w:sdtPr>
          <w:sdtContent>
            <w:tc>
              <w:tcPr>
                <w:tcW w:w="6520" w:type="dxa"/>
              </w:tcPr>
              <w:p w14:paraId="24BF4125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715D322" w14:textId="77777777" w:rsidTr="00A0792E">
        <w:tc>
          <w:tcPr>
            <w:tcW w:w="2830" w:type="dxa"/>
            <w:vAlign w:val="center"/>
          </w:tcPr>
          <w:p w14:paraId="36D1A281" w14:textId="77777777" w:rsidR="00B25E2F" w:rsidRDefault="00B25E2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8974382"/>
            <w:placeholder>
              <w:docPart w:val="03C32A7C3FE045BCA48929A561C5735A"/>
            </w:placeholder>
            <w:showingPlcHdr/>
          </w:sdtPr>
          <w:sdtContent>
            <w:tc>
              <w:tcPr>
                <w:tcW w:w="6520" w:type="dxa"/>
              </w:tcPr>
              <w:p w14:paraId="2353F61F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C1F322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B51B151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180C54D5" w14:textId="77777777" w:rsidR="00B25E2F" w:rsidRDefault="00B25E2F" w:rsidP="002D7D98">
            <w:r>
              <w:t xml:space="preserve">Yes </w:t>
            </w:r>
            <w:sdt>
              <w:sdtPr>
                <w:id w:val="67014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223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F83FB85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D362D9" w14:textId="70C42F91" w:rsidR="00B25E2F" w:rsidRDefault="00B25E2F" w:rsidP="002D7D98"/>
        </w:tc>
      </w:tr>
      <w:tr w:rsidR="00B25E2F" w14:paraId="39DB59AF" w14:textId="77777777">
        <w:tc>
          <w:tcPr>
            <w:tcW w:w="9350" w:type="dxa"/>
            <w:gridSpan w:val="2"/>
          </w:tcPr>
          <w:p w14:paraId="0D275B04" w14:textId="293DCC5F" w:rsidR="00B25E2F" w:rsidRDefault="00B25E2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337157719"/>
                <w:placeholder>
                  <w:docPart w:val="5F7D1BE6AC054B3BB1B210174782FC6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6180912A" w14:textId="77777777" w:rsidTr="00A0792E">
        <w:tc>
          <w:tcPr>
            <w:tcW w:w="2830" w:type="dxa"/>
            <w:vAlign w:val="center"/>
          </w:tcPr>
          <w:p w14:paraId="2F0C4F04" w14:textId="77777777" w:rsidR="00B25E2F" w:rsidRDefault="00B25E2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363606572"/>
            <w:placeholder>
              <w:docPart w:val="11BE277B624C4B90833AC7E6A0F9FF7F"/>
            </w:placeholder>
            <w:showingPlcHdr/>
          </w:sdtPr>
          <w:sdtContent>
            <w:tc>
              <w:tcPr>
                <w:tcW w:w="6520" w:type="dxa"/>
              </w:tcPr>
              <w:p w14:paraId="06400806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B27DDDC" w14:textId="77777777" w:rsidTr="00A0792E">
        <w:tc>
          <w:tcPr>
            <w:tcW w:w="2830" w:type="dxa"/>
            <w:vAlign w:val="center"/>
          </w:tcPr>
          <w:p w14:paraId="1C4DE0EF" w14:textId="77777777" w:rsidR="00B25E2F" w:rsidRDefault="00B25E2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2BB0125" w14:textId="77777777" w:rsidR="00B25E2F" w:rsidRDefault="00B25E2F" w:rsidP="002D7D98">
            <w:r>
              <w:t xml:space="preserve">Yes </w:t>
            </w:r>
            <w:sdt>
              <w:sdtPr>
                <w:id w:val="-124888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19753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85755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4B0DFB84" w14:textId="77777777" w:rsidTr="00A0792E">
        <w:tc>
          <w:tcPr>
            <w:tcW w:w="2830" w:type="dxa"/>
            <w:vAlign w:val="center"/>
          </w:tcPr>
          <w:p w14:paraId="1376E650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874974090"/>
            <w:placeholder>
              <w:docPart w:val="0FC8CD94D4944E7799E4393E1B913E4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36E570A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1631FD1A" w14:textId="77777777" w:rsidTr="00A0792E">
        <w:tc>
          <w:tcPr>
            <w:tcW w:w="2830" w:type="dxa"/>
            <w:vAlign w:val="center"/>
          </w:tcPr>
          <w:p w14:paraId="7276CB78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25371616"/>
            <w:placeholder>
              <w:docPart w:val="7B2FE8461E3549948EF171D5F62935F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268B699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0468E87A" w14:textId="77777777" w:rsidTr="00A0792E">
        <w:tc>
          <w:tcPr>
            <w:tcW w:w="2830" w:type="dxa"/>
            <w:vAlign w:val="center"/>
          </w:tcPr>
          <w:p w14:paraId="16C7890B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7FE1201E" w14:textId="77777777" w:rsidR="00B25E2F" w:rsidRDefault="00B25E2F" w:rsidP="00CD745A"/>
        </w:tc>
        <w:sdt>
          <w:sdtPr>
            <w:id w:val="1413430040"/>
            <w:placeholder>
              <w:docPart w:val="5F06B93654464CDC8F29E7C2C398AA60"/>
            </w:placeholder>
            <w:showingPlcHdr/>
          </w:sdtPr>
          <w:sdtContent>
            <w:tc>
              <w:tcPr>
                <w:tcW w:w="6520" w:type="dxa"/>
              </w:tcPr>
              <w:p w14:paraId="7A9A16C8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98325A9" w14:textId="77777777" w:rsidTr="00A0792E">
        <w:tc>
          <w:tcPr>
            <w:tcW w:w="2830" w:type="dxa"/>
            <w:vAlign w:val="center"/>
          </w:tcPr>
          <w:p w14:paraId="47AB4080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0FD6407A" w14:textId="77777777" w:rsidR="00B25E2F" w:rsidRDefault="00B25E2F" w:rsidP="00CD745A"/>
        </w:tc>
        <w:sdt>
          <w:sdtPr>
            <w:id w:val="1336341152"/>
            <w:placeholder>
              <w:docPart w:val="F4BA1182635D4F8DA91A9868883D364B"/>
            </w:placeholder>
            <w:showingPlcHdr/>
          </w:sdtPr>
          <w:sdtContent>
            <w:tc>
              <w:tcPr>
                <w:tcW w:w="6520" w:type="dxa"/>
              </w:tcPr>
              <w:p w14:paraId="297430D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40D605E" w14:textId="77777777" w:rsidTr="00A0792E">
        <w:tc>
          <w:tcPr>
            <w:tcW w:w="2830" w:type="dxa"/>
            <w:vAlign w:val="center"/>
          </w:tcPr>
          <w:p w14:paraId="6748B802" w14:textId="77777777" w:rsidR="00B25E2F" w:rsidRDefault="00B25E2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198508382"/>
            <w:placeholder>
              <w:docPart w:val="7D14210B3E9D4C24933AE4932E5CDDA9"/>
            </w:placeholder>
            <w:showingPlcHdr/>
          </w:sdtPr>
          <w:sdtContent>
            <w:tc>
              <w:tcPr>
                <w:tcW w:w="6520" w:type="dxa"/>
              </w:tcPr>
              <w:p w14:paraId="6BC808FA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045B421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036F899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17EBE891" w14:textId="77777777" w:rsidR="00B25E2F" w:rsidRDefault="00B25E2F" w:rsidP="002D7D98">
            <w:r>
              <w:t xml:space="preserve">Yes </w:t>
            </w:r>
            <w:sdt>
              <w:sdtPr>
                <w:id w:val="-2079200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1322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5CB73172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1C2B56" w14:textId="0154B203" w:rsidR="00B25E2F" w:rsidRDefault="00B25E2F" w:rsidP="002D7D98"/>
        </w:tc>
      </w:tr>
      <w:tr w:rsidR="00B25E2F" w14:paraId="135F5AE5" w14:textId="77777777">
        <w:tc>
          <w:tcPr>
            <w:tcW w:w="9350" w:type="dxa"/>
            <w:gridSpan w:val="2"/>
          </w:tcPr>
          <w:p w14:paraId="61CD1304" w14:textId="3D61EB0D" w:rsidR="00B25E2F" w:rsidRDefault="00B25E2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85692884"/>
                <w:placeholder>
                  <w:docPart w:val="DEE56275160A488AA9F4A061C8A570D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3FC818B0" w14:textId="77777777" w:rsidTr="00A0792E">
        <w:tc>
          <w:tcPr>
            <w:tcW w:w="2830" w:type="dxa"/>
            <w:vAlign w:val="center"/>
          </w:tcPr>
          <w:p w14:paraId="4C2EBFE2" w14:textId="77777777" w:rsidR="00B25E2F" w:rsidRDefault="00B25E2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27783796"/>
            <w:placeholder>
              <w:docPart w:val="3987D20F6CCE459FB7A1367213795A96"/>
            </w:placeholder>
            <w:showingPlcHdr/>
          </w:sdtPr>
          <w:sdtContent>
            <w:tc>
              <w:tcPr>
                <w:tcW w:w="6520" w:type="dxa"/>
              </w:tcPr>
              <w:p w14:paraId="38841FE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F1CCAF5" w14:textId="77777777" w:rsidTr="00A0792E">
        <w:tc>
          <w:tcPr>
            <w:tcW w:w="2830" w:type="dxa"/>
            <w:vAlign w:val="center"/>
          </w:tcPr>
          <w:p w14:paraId="7A67EDE1" w14:textId="77777777" w:rsidR="00B25E2F" w:rsidRDefault="00B25E2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01DB7B2" w14:textId="77777777" w:rsidR="00B25E2F" w:rsidRDefault="00B25E2F" w:rsidP="002D7D98">
            <w:r>
              <w:t xml:space="preserve">Yes </w:t>
            </w:r>
            <w:sdt>
              <w:sdtPr>
                <w:id w:val="108210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1916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68096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356126BA" w14:textId="77777777" w:rsidTr="00A0792E">
        <w:tc>
          <w:tcPr>
            <w:tcW w:w="2830" w:type="dxa"/>
            <w:vAlign w:val="center"/>
          </w:tcPr>
          <w:p w14:paraId="5EA2E1AF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747841179"/>
            <w:placeholder>
              <w:docPart w:val="8F1FDDF23E0C4FB69EFFD638AABC7E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9B8E620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1FAFF288" w14:textId="77777777" w:rsidTr="00A0792E">
        <w:tc>
          <w:tcPr>
            <w:tcW w:w="2830" w:type="dxa"/>
            <w:vAlign w:val="center"/>
          </w:tcPr>
          <w:p w14:paraId="6B1783E3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444228247"/>
            <w:placeholder>
              <w:docPart w:val="1517133207324C388AD2ABC3B193B37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2B7EE6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67528C9D" w14:textId="77777777" w:rsidTr="00A0792E">
        <w:tc>
          <w:tcPr>
            <w:tcW w:w="2830" w:type="dxa"/>
            <w:vAlign w:val="center"/>
          </w:tcPr>
          <w:p w14:paraId="3BF80EFE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3664085B" w14:textId="77777777" w:rsidR="00B25E2F" w:rsidRDefault="00B25E2F" w:rsidP="00CD745A"/>
        </w:tc>
        <w:sdt>
          <w:sdtPr>
            <w:id w:val="678469064"/>
            <w:placeholder>
              <w:docPart w:val="9BF94CFAA0BE4178BB5E66844D776F77"/>
            </w:placeholder>
            <w:showingPlcHdr/>
          </w:sdtPr>
          <w:sdtContent>
            <w:tc>
              <w:tcPr>
                <w:tcW w:w="6520" w:type="dxa"/>
              </w:tcPr>
              <w:p w14:paraId="36A15BF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9AA2C11" w14:textId="77777777" w:rsidTr="00A0792E">
        <w:tc>
          <w:tcPr>
            <w:tcW w:w="2830" w:type="dxa"/>
            <w:vAlign w:val="center"/>
          </w:tcPr>
          <w:p w14:paraId="64E95A78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67409BF6" w14:textId="77777777" w:rsidR="00B25E2F" w:rsidRDefault="00B25E2F" w:rsidP="00CD745A"/>
        </w:tc>
        <w:sdt>
          <w:sdtPr>
            <w:id w:val="1354759718"/>
            <w:placeholder>
              <w:docPart w:val="B3511EC2F2DE441D83CD4B3C5AF3BA22"/>
            </w:placeholder>
            <w:showingPlcHdr/>
          </w:sdtPr>
          <w:sdtContent>
            <w:tc>
              <w:tcPr>
                <w:tcW w:w="6520" w:type="dxa"/>
              </w:tcPr>
              <w:p w14:paraId="34AC1B9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1747722" w14:textId="77777777" w:rsidTr="00A0792E">
        <w:tc>
          <w:tcPr>
            <w:tcW w:w="2830" w:type="dxa"/>
            <w:vAlign w:val="center"/>
          </w:tcPr>
          <w:p w14:paraId="20697054" w14:textId="77777777" w:rsidR="00B25E2F" w:rsidRDefault="00B25E2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2008472456"/>
            <w:placeholder>
              <w:docPart w:val="184EA171F12547BDA7A4EB3389A63E6C"/>
            </w:placeholder>
            <w:showingPlcHdr/>
          </w:sdtPr>
          <w:sdtContent>
            <w:tc>
              <w:tcPr>
                <w:tcW w:w="6520" w:type="dxa"/>
              </w:tcPr>
              <w:p w14:paraId="08070C6D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9EA8DD6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C0B1C68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114D9F72" w14:textId="77777777" w:rsidR="00B25E2F" w:rsidRDefault="00B25E2F" w:rsidP="002D7D98">
            <w:r>
              <w:t xml:space="preserve">Yes </w:t>
            </w:r>
            <w:sdt>
              <w:sdtPr>
                <w:id w:val="137781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33215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2E86780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503823" w14:textId="029EA89D" w:rsidR="00B25E2F" w:rsidRDefault="00B25E2F" w:rsidP="002D7D98"/>
        </w:tc>
      </w:tr>
    </w:tbl>
    <w:p w14:paraId="28BFB7AC" w14:textId="77777777" w:rsidR="00B25E2F" w:rsidRDefault="00B25E2F">
      <w:pPr>
        <w:pStyle w:val="Heading1"/>
      </w:pPr>
    </w:p>
    <w:p w14:paraId="442D0037" w14:textId="77777777" w:rsidR="00B25E2F" w:rsidRDefault="00B25E2F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5DF61268" w:rsidR="00214ECC" w:rsidRDefault="003729FB">
      <w:pPr>
        <w:pStyle w:val="Heading1"/>
      </w:pPr>
      <w:r>
        <w:lastRenderedPageBreak/>
        <w:t xml:space="preserve">Research 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>
        <w:tc>
          <w:tcPr>
            <w:tcW w:w="9350" w:type="dxa"/>
            <w:gridSpan w:val="2"/>
          </w:tcPr>
          <w:p w14:paraId="59BAD478" w14:textId="216D24BC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CD745A"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CD745A">
        <w:tc>
          <w:tcPr>
            <w:tcW w:w="2723" w:type="dxa"/>
            <w:vAlign w:val="center"/>
          </w:tcPr>
          <w:p w14:paraId="1275C95C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87B8572" w14:textId="77777777" w:rsidR="00CD745A" w:rsidRDefault="00CD745A" w:rsidP="00CD745A"/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Default="00CD745A" w:rsidP="00C7253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Default="00CD745A" w:rsidP="00CD745A">
            <w:r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027C6542" w:rsidR="00CD745A" w:rsidRDefault="00CD745A" w:rsidP="00CD745A"/>
        </w:tc>
      </w:tr>
      <w:tr w:rsidR="00CD745A" w14:paraId="2CAAEA55" w14:textId="77777777">
        <w:tc>
          <w:tcPr>
            <w:tcW w:w="9350" w:type="dxa"/>
            <w:gridSpan w:val="2"/>
          </w:tcPr>
          <w:p w14:paraId="0912AE07" w14:textId="7B29D526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34250045"/>
                <w:placeholder>
                  <w:docPart w:val="26164AFE8C004731B39F8D42AA79484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45561211" w14:textId="77777777" w:rsidTr="00CD745A">
        <w:tc>
          <w:tcPr>
            <w:tcW w:w="2723" w:type="dxa"/>
            <w:vAlign w:val="center"/>
          </w:tcPr>
          <w:p w14:paraId="33EC83AA" w14:textId="77777777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39898715"/>
            <w:placeholder>
              <w:docPart w:val="143E6DFAA3A744858DA27EA69CF186A8"/>
            </w:placeholder>
            <w:showingPlcHdr/>
          </w:sdtPr>
          <w:sdtContent>
            <w:tc>
              <w:tcPr>
                <w:tcW w:w="6627" w:type="dxa"/>
              </w:tcPr>
              <w:p w14:paraId="1383E0DC" w14:textId="77777777" w:rsidR="00CD745A" w:rsidRDefault="00CD745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C5D06A4" w14:textId="77777777" w:rsidTr="00CD745A">
        <w:tc>
          <w:tcPr>
            <w:tcW w:w="2723" w:type="dxa"/>
            <w:vAlign w:val="center"/>
          </w:tcPr>
          <w:p w14:paraId="11FFEE38" w14:textId="77777777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849295955"/>
            <w:placeholder>
              <w:docPart w:val="FB7E9068020A4D09974EA1EB0D07EBE0"/>
            </w:placeholder>
            <w:showingPlcHdr/>
          </w:sdtPr>
          <w:sdtContent>
            <w:tc>
              <w:tcPr>
                <w:tcW w:w="6627" w:type="dxa"/>
              </w:tcPr>
              <w:p w14:paraId="22629E3B" w14:textId="77777777" w:rsidR="00CD745A" w:rsidRDefault="00CD745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8F6B4EE" w14:textId="77777777" w:rsidTr="00CD745A">
        <w:tc>
          <w:tcPr>
            <w:tcW w:w="2723" w:type="dxa"/>
            <w:vAlign w:val="center"/>
          </w:tcPr>
          <w:p w14:paraId="57D486D0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F44AD1C" w14:textId="77777777" w:rsidR="00CD745A" w:rsidRDefault="00CD745A" w:rsidP="00CD745A"/>
        </w:tc>
        <w:sdt>
          <w:sdtPr>
            <w:id w:val="666522276"/>
            <w:placeholder>
              <w:docPart w:val="B9DD229517514DD3BA30880642405144"/>
            </w:placeholder>
            <w:showingPlcHdr/>
          </w:sdtPr>
          <w:sdtContent>
            <w:tc>
              <w:tcPr>
                <w:tcW w:w="6627" w:type="dxa"/>
              </w:tcPr>
              <w:p w14:paraId="58B1D2F4" w14:textId="77777777" w:rsidR="00CD745A" w:rsidRDefault="00CD745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4929BB4B" w14:textId="77777777" w:rsidTr="00CD745A">
        <w:tc>
          <w:tcPr>
            <w:tcW w:w="2723" w:type="dxa"/>
            <w:vAlign w:val="center"/>
          </w:tcPr>
          <w:p w14:paraId="6B87E394" w14:textId="77777777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39040763"/>
            <w:placeholder>
              <w:docPart w:val="4B4DB9EE858049CCB9AFBB15E50951B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328BCA" w14:textId="77777777" w:rsidR="00CD745A" w:rsidRDefault="00CD745A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5C3E6963" w14:textId="77777777" w:rsidTr="00CD745A">
        <w:tc>
          <w:tcPr>
            <w:tcW w:w="2723" w:type="dxa"/>
            <w:vAlign w:val="center"/>
          </w:tcPr>
          <w:p w14:paraId="61031033" w14:textId="77777777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77777777" w:rsidR="00CD745A" w:rsidRDefault="00CD745A" w:rsidP="00CD745A">
            <w:r>
              <w:t xml:space="preserve">Complete  </w:t>
            </w:r>
            <w:sdt>
              <w:sdtPr>
                <w:id w:val="7581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59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42BA2BA9" w:rsidR="00CD745A" w:rsidRDefault="00CD745A" w:rsidP="00CD745A"/>
        </w:tc>
      </w:tr>
      <w:tr w:rsidR="00B25E2F" w14:paraId="10457D50" w14:textId="77777777">
        <w:tc>
          <w:tcPr>
            <w:tcW w:w="9350" w:type="dxa"/>
            <w:gridSpan w:val="2"/>
          </w:tcPr>
          <w:p w14:paraId="41BD251C" w14:textId="21135037" w:rsidR="00B25E2F" w:rsidRDefault="00B25E2F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714657150"/>
                <w:placeholder>
                  <w:docPart w:val="05835F643CFC4C1D81AC8409F3A7956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2BDD4579" w14:textId="77777777" w:rsidTr="00CD745A">
        <w:tc>
          <w:tcPr>
            <w:tcW w:w="2723" w:type="dxa"/>
            <w:vAlign w:val="center"/>
          </w:tcPr>
          <w:p w14:paraId="54E52D3E" w14:textId="77777777" w:rsidR="00B25E2F" w:rsidRDefault="00B25E2F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414775243"/>
            <w:placeholder>
              <w:docPart w:val="2D4652AA73E14574AEA14857FBB14AAE"/>
            </w:placeholder>
            <w:showingPlcHdr/>
          </w:sdtPr>
          <w:sdtContent>
            <w:tc>
              <w:tcPr>
                <w:tcW w:w="6627" w:type="dxa"/>
              </w:tcPr>
              <w:p w14:paraId="770592CA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B10AE27" w14:textId="77777777" w:rsidTr="00CD745A">
        <w:tc>
          <w:tcPr>
            <w:tcW w:w="2723" w:type="dxa"/>
            <w:vAlign w:val="center"/>
          </w:tcPr>
          <w:p w14:paraId="62BEF09F" w14:textId="77777777" w:rsidR="00B25E2F" w:rsidRDefault="00B25E2F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339749496"/>
            <w:placeholder>
              <w:docPart w:val="95DAB610269E4C658C97DEF727B66E78"/>
            </w:placeholder>
            <w:showingPlcHdr/>
          </w:sdtPr>
          <w:sdtContent>
            <w:tc>
              <w:tcPr>
                <w:tcW w:w="6627" w:type="dxa"/>
              </w:tcPr>
              <w:p w14:paraId="5221F068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A62CE3D" w14:textId="77777777" w:rsidTr="00CD745A">
        <w:tc>
          <w:tcPr>
            <w:tcW w:w="2723" w:type="dxa"/>
            <w:vAlign w:val="center"/>
          </w:tcPr>
          <w:p w14:paraId="49F60F58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7FB78280" w14:textId="77777777" w:rsidR="00B25E2F" w:rsidRDefault="00B25E2F" w:rsidP="00CD745A"/>
        </w:tc>
        <w:sdt>
          <w:sdtPr>
            <w:id w:val="-2081357447"/>
            <w:placeholder>
              <w:docPart w:val="2B252D13FD054C109303747793AFD04F"/>
            </w:placeholder>
            <w:showingPlcHdr/>
          </w:sdtPr>
          <w:sdtContent>
            <w:tc>
              <w:tcPr>
                <w:tcW w:w="6627" w:type="dxa"/>
              </w:tcPr>
              <w:p w14:paraId="3E16590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28EC1AE" w14:textId="77777777" w:rsidTr="00CD745A">
        <w:tc>
          <w:tcPr>
            <w:tcW w:w="2723" w:type="dxa"/>
            <w:vAlign w:val="center"/>
          </w:tcPr>
          <w:p w14:paraId="3B8EF2CC" w14:textId="77777777" w:rsidR="00B25E2F" w:rsidRDefault="00B25E2F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74204161"/>
            <w:placeholder>
              <w:docPart w:val="B7A4BFC3F9BA40CC95F5E2384417727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760540AA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22422639" w14:textId="77777777" w:rsidTr="00CD745A">
        <w:tc>
          <w:tcPr>
            <w:tcW w:w="2723" w:type="dxa"/>
            <w:vAlign w:val="center"/>
          </w:tcPr>
          <w:p w14:paraId="79A8F6DD" w14:textId="77777777" w:rsidR="00B25E2F" w:rsidRDefault="00B25E2F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62138780" w14:textId="77777777" w:rsidR="00B25E2F" w:rsidRDefault="00B25E2F" w:rsidP="00CD745A">
            <w:r>
              <w:t xml:space="preserve">Complete  </w:t>
            </w:r>
            <w:sdt>
              <w:sdtPr>
                <w:id w:val="80566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516734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64678765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C121B0" w14:textId="77777777" w:rsidR="00B25E2F" w:rsidRPr="00F4085D" w:rsidRDefault="00B25E2F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633A1" w14:textId="25EA1ACF" w:rsidR="00B25E2F" w:rsidRDefault="00B25E2F" w:rsidP="00CD745A"/>
        </w:tc>
      </w:tr>
      <w:tr w:rsidR="00B25E2F" w14:paraId="06D47278" w14:textId="77777777">
        <w:tc>
          <w:tcPr>
            <w:tcW w:w="9350" w:type="dxa"/>
            <w:gridSpan w:val="2"/>
          </w:tcPr>
          <w:p w14:paraId="618A0451" w14:textId="39CF1523" w:rsidR="00B25E2F" w:rsidRDefault="00B25E2F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523095309"/>
                <w:placeholder>
                  <w:docPart w:val="C43C82B10C5E4AFC96B5C4F497A2D2C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30A1952C" w14:textId="77777777" w:rsidTr="00CD745A">
        <w:tc>
          <w:tcPr>
            <w:tcW w:w="2723" w:type="dxa"/>
            <w:vAlign w:val="center"/>
          </w:tcPr>
          <w:p w14:paraId="1F380D4F" w14:textId="77777777" w:rsidR="00B25E2F" w:rsidRDefault="00B25E2F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97843659"/>
            <w:placeholder>
              <w:docPart w:val="341038B481B54953A99E828DD8C2AAA6"/>
            </w:placeholder>
            <w:showingPlcHdr/>
          </w:sdtPr>
          <w:sdtContent>
            <w:tc>
              <w:tcPr>
                <w:tcW w:w="6627" w:type="dxa"/>
              </w:tcPr>
              <w:p w14:paraId="44634D8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C395A5C" w14:textId="77777777" w:rsidTr="00CD745A">
        <w:tc>
          <w:tcPr>
            <w:tcW w:w="2723" w:type="dxa"/>
            <w:vAlign w:val="center"/>
          </w:tcPr>
          <w:p w14:paraId="41E4991E" w14:textId="77777777" w:rsidR="00B25E2F" w:rsidRDefault="00B25E2F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375307716"/>
            <w:placeholder>
              <w:docPart w:val="5E0909C30E244864B303D2929ED72464"/>
            </w:placeholder>
            <w:showingPlcHdr/>
          </w:sdtPr>
          <w:sdtContent>
            <w:tc>
              <w:tcPr>
                <w:tcW w:w="6627" w:type="dxa"/>
              </w:tcPr>
              <w:p w14:paraId="79D2EF75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42B2C08" w14:textId="77777777" w:rsidTr="00CD745A">
        <w:tc>
          <w:tcPr>
            <w:tcW w:w="2723" w:type="dxa"/>
            <w:vAlign w:val="center"/>
          </w:tcPr>
          <w:p w14:paraId="2F4C42D4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1BAC9CD4" w14:textId="77777777" w:rsidR="00B25E2F" w:rsidRDefault="00B25E2F" w:rsidP="00CD745A"/>
        </w:tc>
        <w:sdt>
          <w:sdtPr>
            <w:id w:val="937716570"/>
            <w:placeholder>
              <w:docPart w:val="B2EB878418184419934ACC907E4474BF"/>
            </w:placeholder>
            <w:showingPlcHdr/>
          </w:sdtPr>
          <w:sdtContent>
            <w:tc>
              <w:tcPr>
                <w:tcW w:w="6627" w:type="dxa"/>
              </w:tcPr>
              <w:p w14:paraId="4809346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96C25CB" w14:textId="77777777" w:rsidTr="00CD745A">
        <w:tc>
          <w:tcPr>
            <w:tcW w:w="2723" w:type="dxa"/>
            <w:vAlign w:val="center"/>
          </w:tcPr>
          <w:p w14:paraId="2744EAA0" w14:textId="77777777" w:rsidR="00B25E2F" w:rsidRDefault="00B25E2F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568412928"/>
            <w:placeholder>
              <w:docPart w:val="F6CE0FCE345143009E48153FD266559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19E9CD0D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2AEE4171" w14:textId="77777777" w:rsidTr="00CD745A">
        <w:tc>
          <w:tcPr>
            <w:tcW w:w="2723" w:type="dxa"/>
            <w:vAlign w:val="center"/>
          </w:tcPr>
          <w:p w14:paraId="04F2ADD3" w14:textId="77777777" w:rsidR="00B25E2F" w:rsidRDefault="00B25E2F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6D03194B" w14:textId="77777777" w:rsidR="00B25E2F" w:rsidRDefault="00B25E2F" w:rsidP="00CD745A">
            <w:r>
              <w:t xml:space="preserve">Complete  </w:t>
            </w:r>
            <w:sdt>
              <w:sdtPr>
                <w:id w:val="-75520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73335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495C91D1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5154CF" w14:textId="77777777" w:rsidR="00B25E2F" w:rsidRPr="00F4085D" w:rsidRDefault="00B25E2F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F4AFC" w14:textId="11F5E55F" w:rsidR="00B25E2F" w:rsidRDefault="00B25E2F" w:rsidP="00CD745A"/>
        </w:tc>
      </w:tr>
    </w:tbl>
    <w:p w14:paraId="217DAF30" w14:textId="4A5D05ED" w:rsidR="00CD745A" w:rsidRDefault="008E5780" w:rsidP="008E5780">
      <w:pPr>
        <w:pStyle w:val="Heading1"/>
      </w:pPr>
      <w:r>
        <w:t>Publications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8E5780" w14:paraId="14326279" w14:textId="77777777">
        <w:tc>
          <w:tcPr>
            <w:tcW w:w="2689" w:type="dxa"/>
          </w:tcPr>
          <w:p w14:paraId="14E9BF22" w14:textId="6E9361C4" w:rsidR="008E5780" w:rsidRPr="00524709" w:rsidRDefault="00EA1FF9">
            <w:pPr>
              <w:rPr>
                <w:b/>
                <w:bCs/>
              </w:rPr>
            </w:pPr>
            <w:r w:rsidRPr="00524709">
              <w:rPr>
                <w:b/>
                <w:bCs/>
              </w:rPr>
              <w:t>Title of publication</w:t>
            </w:r>
          </w:p>
        </w:tc>
        <w:sdt>
          <w:sdtPr>
            <w:id w:val="2022972129"/>
            <w:placeholder>
              <w:docPart w:val="EE7C2F2036D64DE99FFDE53A1E774707"/>
            </w:placeholder>
            <w:showingPlcHdr/>
          </w:sdtPr>
          <w:sdtContent>
            <w:tc>
              <w:tcPr>
                <w:tcW w:w="6661" w:type="dxa"/>
              </w:tcPr>
              <w:p w14:paraId="665634BF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A1FF9" w14:paraId="7350914B" w14:textId="77777777">
        <w:tc>
          <w:tcPr>
            <w:tcW w:w="2689" w:type="dxa"/>
          </w:tcPr>
          <w:p w14:paraId="6FC7D3C3" w14:textId="46CBEDA4" w:rsidR="00EA1FF9" w:rsidRPr="00F4085D" w:rsidRDefault="00EA1FF9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Role</w:t>
            </w:r>
          </w:p>
        </w:tc>
        <w:sdt>
          <w:sdtPr>
            <w:id w:val="2094660767"/>
            <w:placeholder>
              <w:docPart w:val="DefaultPlaceholder_-1854013440"/>
            </w:placeholder>
            <w:showingPlcHdr/>
          </w:sdtPr>
          <w:sdtContent>
            <w:tc>
              <w:tcPr>
                <w:tcW w:w="6661" w:type="dxa"/>
              </w:tcPr>
              <w:p w14:paraId="6013D148" w14:textId="670783AC" w:rsidR="00EA1FF9" w:rsidRDefault="00524709">
                <w:r w:rsidRPr="00471B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09AA4C01" w14:textId="77777777">
        <w:tc>
          <w:tcPr>
            <w:tcW w:w="2689" w:type="dxa"/>
          </w:tcPr>
          <w:p w14:paraId="6BF882B0" w14:textId="77777777" w:rsidR="008E5780" w:rsidRDefault="008E5780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901629510"/>
            <w:placeholder>
              <w:docPart w:val="68D2E910EC264D63BD8DEA280ABB88C6"/>
            </w:placeholder>
            <w:showingPlcHdr/>
          </w:sdtPr>
          <w:sdtContent>
            <w:tc>
              <w:tcPr>
                <w:tcW w:w="6661" w:type="dxa"/>
              </w:tcPr>
              <w:p w14:paraId="37BA85C3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62981DEC" w14:textId="77777777">
        <w:tc>
          <w:tcPr>
            <w:tcW w:w="2689" w:type="dxa"/>
          </w:tcPr>
          <w:p w14:paraId="653284BF" w14:textId="77777777" w:rsidR="008E5780" w:rsidRDefault="008E5780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687877694"/>
            <w:placeholder>
              <w:docPart w:val="3A68C0E2A89E4DDD8D6975632BD05C5F"/>
            </w:placeholder>
            <w:showingPlcHdr/>
          </w:sdtPr>
          <w:sdtContent>
            <w:tc>
              <w:tcPr>
                <w:tcW w:w="6661" w:type="dxa"/>
              </w:tcPr>
              <w:p w14:paraId="5E1B910A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4753A47A" w14:textId="77777777">
        <w:tc>
          <w:tcPr>
            <w:tcW w:w="2689" w:type="dxa"/>
          </w:tcPr>
          <w:p w14:paraId="00C0D927" w14:textId="77777777" w:rsidR="008E5780" w:rsidRPr="00F4085D" w:rsidRDefault="008E5780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01576EA9" w14:textId="77777777" w:rsidR="008E5780" w:rsidRDefault="008E5780"/>
        </w:tc>
        <w:sdt>
          <w:sdtPr>
            <w:id w:val="1152953224"/>
            <w:placeholder>
              <w:docPart w:val="75135E300332412E90FEC8F871AF5736"/>
            </w:placeholder>
            <w:showingPlcHdr/>
          </w:sdtPr>
          <w:sdtContent>
            <w:tc>
              <w:tcPr>
                <w:tcW w:w="6661" w:type="dxa"/>
              </w:tcPr>
              <w:p w14:paraId="123CF36F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39E22405" w14:textId="77777777">
        <w:tc>
          <w:tcPr>
            <w:tcW w:w="2689" w:type="dxa"/>
          </w:tcPr>
          <w:p w14:paraId="6ED9C1E2" w14:textId="77777777" w:rsidR="008E5780" w:rsidRDefault="008E5780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2EFF04A" w14:textId="77777777" w:rsidR="008E5780" w:rsidRDefault="008E5780">
            <w:r>
              <w:t xml:space="preserve">Complete  </w:t>
            </w:r>
            <w:sdt>
              <w:sdtPr>
                <w:id w:val="-59678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04640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E5780" w14:paraId="56C13022" w14:textId="77777777">
        <w:tc>
          <w:tcPr>
            <w:tcW w:w="2689" w:type="dxa"/>
          </w:tcPr>
          <w:p w14:paraId="338CA531" w14:textId="77777777" w:rsidR="008E5780" w:rsidRDefault="008E5780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880927650"/>
            <w:placeholder>
              <w:docPart w:val="4736521809DA4E1AA67C53DF8D0930F3"/>
            </w:placeholder>
            <w:showingPlcHdr/>
          </w:sdtPr>
          <w:sdtContent>
            <w:tc>
              <w:tcPr>
                <w:tcW w:w="6661" w:type="dxa"/>
              </w:tcPr>
              <w:p w14:paraId="35AA0651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212C911C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4C6078F8" w14:textId="77777777" w:rsidR="008E5780" w:rsidRPr="00F4085D" w:rsidRDefault="008E5780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C0D9C29" w14:textId="77777777" w:rsidR="008E5780" w:rsidRDefault="008E5780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E5780" w14:paraId="1825EFE1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7AC33" w14:textId="63BB8B88" w:rsidR="008E5780" w:rsidRDefault="008E5780"/>
        </w:tc>
      </w:tr>
      <w:tr w:rsidR="00524709" w14:paraId="05647006" w14:textId="77777777" w:rsidTr="00574626">
        <w:tc>
          <w:tcPr>
            <w:tcW w:w="2689" w:type="dxa"/>
          </w:tcPr>
          <w:p w14:paraId="6BE3854E" w14:textId="77777777" w:rsidR="00524709" w:rsidRPr="00524709" w:rsidRDefault="00524709" w:rsidP="00574626">
            <w:pPr>
              <w:rPr>
                <w:b/>
                <w:bCs/>
              </w:rPr>
            </w:pPr>
            <w:r w:rsidRPr="00524709">
              <w:rPr>
                <w:b/>
                <w:bCs/>
              </w:rPr>
              <w:t>Title of publication</w:t>
            </w:r>
          </w:p>
        </w:tc>
        <w:sdt>
          <w:sdtPr>
            <w:id w:val="-768548583"/>
            <w:placeholder>
              <w:docPart w:val="32D11ACFB440458D8B0FE937641CCF29"/>
            </w:placeholder>
            <w:showingPlcHdr/>
          </w:sdtPr>
          <w:sdtContent>
            <w:tc>
              <w:tcPr>
                <w:tcW w:w="6661" w:type="dxa"/>
              </w:tcPr>
              <w:p w14:paraId="127DF674" w14:textId="77777777" w:rsidR="00524709" w:rsidRDefault="00524709" w:rsidP="00574626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2B99F9F" w14:textId="77777777">
        <w:tc>
          <w:tcPr>
            <w:tcW w:w="2689" w:type="dxa"/>
          </w:tcPr>
          <w:p w14:paraId="67814B23" w14:textId="20605921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278709778"/>
            <w:placeholder>
              <w:docPart w:val="D29A05B54BA94794965495C719B38F56"/>
            </w:placeholder>
            <w:showingPlcHdr/>
          </w:sdtPr>
          <w:sdtContent>
            <w:tc>
              <w:tcPr>
                <w:tcW w:w="6661" w:type="dxa"/>
              </w:tcPr>
              <w:p w14:paraId="662C760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43852CE" w14:textId="77777777">
        <w:tc>
          <w:tcPr>
            <w:tcW w:w="2689" w:type="dxa"/>
          </w:tcPr>
          <w:p w14:paraId="362D7ADE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756248605"/>
            <w:placeholder>
              <w:docPart w:val="98481A8F6AD343B5AF7DFE3015ABA664"/>
            </w:placeholder>
            <w:showingPlcHdr/>
          </w:sdtPr>
          <w:sdtContent>
            <w:tc>
              <w:tcPr>
                <w:tcW w:w="6661" w:type="dxa"/>
              </w:tcPr>
              <w:p w14:paraId="09CF63E7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586F9A1" w14:textId="77777777">
        <w:tc>
          <w:tcPr>
            <w:tcW w:w="2689" w:type="dxa"/>
          </w:tcPr>
          <w:p w14:paraId="2FCDAA63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403140751"/>
            <w:placeholder>
              <w:docPart w:val="B8E992C21AED4FCCB3FB805D8832C811"/>
            </w:placeholder>
            <w:showingPlcHdr/>
          </w:sdtPr>
          <w:sdtContent>
            <w:tc>
              <w:tcPr>
                <w:tcW w:w="6661" w:type="dxa"/>
              </w:tcPr>
              <w:p w14:paraId="000E740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05DB816" w14:textId="77777777">
        <w:tc>
          <w:tcPr>
            <w:tcW w:w="2689" w:type="dxa"/>
          </w:tcPr>
          <w:p w14:paraId="66236656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719D857" w14:textId="77777777" w:rsidR="00B25E2F" w:rsidRDefault="00B25E2F"/>
        </w:tc>
        <w:sdt>
          <w:sdtPr>
            <w:id w:val="-152610198"/>
            <w:placeholder>
              <w:docPart w:val="DB97997027034574A820100BA28779C6"/>
            </w:placeholder>
            <w:showingPlcHdr/>
          </w:sdtPr>
          <w:sdtContent>
            <w:tc>
              <w:tcPr>
                <w:tcW w:w="6661" w:type="dxa"/>
              </w:tcPr>
              <w:p w14:paraId="358D7F69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0A6F62B" w14:textId="77777777">
        <w:tc>
          <w:tcPr>
            <w:tcW w:w="2689" w:type="dxa"/>
          </w:tcPr>
          <w:p w14:paraId="766BEEC5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5B3E00C" w14:textId="77777777" w:rsidR="00B25E2F" w:rsidRDefault="00B25E2F">
            <w:r>
              <w:t xml:space="preserve">Complete  </w:t>
            </w:r>
            <w:sdt>
              <w:sdtPr>
                <w:id w:val="-5277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80142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48632B5" w14:textId="77777777">
        <w:tc>
          <w:tcPr>
            <w:tcW w:w="2689" w:type="dxa"/>
          </w:tcPr>
          <w:p w14:paraId="203E7FE1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741911355"/>
            <w:placeholder>
              <w:docPart w:val="08A5BBC61EA54C2E9A4DFC84297C3A79"/>
            </w:placeholder>
            <w:showingPlcHdr/>
          </w:sdtPr>
          <w:sdtContent>
            <w:tc>
              <w:tcPr>
                <w:tcW w:w="6661" w:type="dxa"/>
              </w:tcPr>
              <w:p w14:paraId="18BC8D5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4948956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7B541684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3F0B675" w14:textId="77777777" w:rsidR="00B25E2F" w:rsidRDefault="00B25E2F">
            <w:r>
              <w:t xml:space="preserve">Yes </w:t>
            </w:r>
            <w:sdt>
              <w:sdtPr>
                <w:id w:val="140812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41606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5BD7ECD9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5721E" w14:textId="36240F01" w:rsidR="00B25E2F" w:rsidRDefault="00B25E2F"/>
        </w:tc>
      </w:tr>
      <w:tr w:rsidR="00524709" w14:paraId="1C0F262A" w14:textId="77777777" w:rsidTr="00574626">
        <w:tc>
          <w:tcPr>
            <w:tcW w:w="2689" w:type="dxa"/>
          </w:tcPr>
          <w:p w14:paraId="303F7C86" w14:textId="77777777" w:rsidR="00524709" w:rsidRPr="00524709" w:rsidRDefault="00524709" w:rsidP="00574626">
            <w:pPr>
              <w:rPr>
                <w:b/>
                <w:bCs/>
              </w:rPr>
            </w:pPr>
            <w:r w:rsidRPr="00524709">
              <w:rPr>
                <w:b/>
                <w:bCs/>
              </w:rPr>
              <w:t>Title of publication</w:t>
            </w:r>
          </w:p>
        </w:tc>
        <w:sdt>
          <w:sdtPr>
            <w:id w:val="-766313636"/>
            <w:placeholder>
              <w:docPart w:val="C758B15CC85944578DFE962BC77EBD49"/>
            </w:placeholder>
            <w:showingPlcHdr/>
          </w:sdtPr>
          <w:sdtContent>
            <w:tc>
              <w:tcPr>
                <w:tcW w:w="6661" w:type="dxa"/>
              </w:tcPr>
              <w:p w14:paraId="0E98EED5" w14:textId="77777777" w:rsidR="00524709" w:rsidRDefault="00524709" w:rsidP="00574626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8F9A4E5" w14:textId="77777777">
        <w:tc>
          <w:tcPr>
            <w:tcW w:w="2689" w:type="dxa"/>
          </w:tcPr>
          <w:p w14:paraId="03A2320E" w14:textId="34F56C0D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1769577377"/>
            <w:placeholder>
              <w:docPart w:val="03FEDA85EBA3443494BEB1A7CCE6EC5E"/>
            </w:placeholder>
            <w:showingPlcHdr/>
          </w:sdtPr>
          <w:sdtContent>
            <w:tc>
              <w:tcPr>
                <w:tcW w:w="6661" w:type="dxa"/>
              </w:tcPr>
              <w:p w14:paraId="0066F60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F5931E9" w14:textId="77777777">
        <w:tc>
          <w:tcPr>
            <w:tcW w:w="2689" w:type="dxa"/>
          </w:tcPr>
          <w:p w14:paraId="6C378EB3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612442879"/>
            <w:placeholder>
              <w:docPart w:val="224B893CAF2A4C18A2BF279A3EB270F1"/>
            </w:placeholder>
            <w:showingPlcHdr/>
          </w:sdtPr>
          <w:sdtContent>
            <w:tc>
              <w:tcPr>
                <w:tcW w:w="6661" w:type="dxa"/>
              </w:tcPr>
              <w:p w14:paraId="2A6A695F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CE83AD0" w14:textId="77777777">
        <w:tc>
          <w:tcPr>
            <w:tcW w:w="2689" w:type="dxa"/>
          </w:tcPr>
          <w:p w14:paraId="2BDC8DAA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694607642"/>
            <w:placeholder>
              <w:docPart w:val="90A14ED0A294403BB4EB0D96749A798B"/>
            </w:placeholder>
            <w:showingPlcHdr/>
          </w:sdtPr>
          <w:sdtContent>
            <w:tc>
              <w:tcPr>
                <w:tcW w:w="6661" w:type="dxa"/>
              </w:tcPr>
              <w:p w14:paraId="47337A5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ADBB57B" w14:textId="77777777">
        <w:tc>
          <w:tcPr>
            <w:tcW w:w="2689" w:type="dxa"/>
          </w:tcPr>
          <w:p w14:paraId="1424F8AF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6965111C" w14:textId="77777777" w:rsidR="00B25E2F" w:rsidRDefault="00B25E2F"/>
        </w:tc>
        <w:sdt>
          <w:sdtPr>
            <w:id w:val="1826158719"/>
            <w:placeholder>
              <w:docPart w:val="FA243354C2B748268D403E77E970710A"/>
            </w:placeholder>
            <w:showingPlcHdr/>
          </w:sdtPr>
          <w:sdtContent>
            <w:tc>
              <w:tcPr>
                <w:tcW w:w="6661" w:type="dxa"/>
              </w:tcPr>
              <w:p w14:paraId="654E609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3BD41FA" w14:textId="77777777">
        <w:tc>
          <w:tcPr>
            <w:tcW w:w="2689" w:type="dxa"/>
          </w:tcPr>
          <w:p w14:paraId="29CDED80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C1D1BB8" w14:textId="77777777" w:rsidR="00B25E2F" w:rsidRDefault="00B25E2F">
            <w:r>
              <w:t xml:space="preserve">Complete  </w:t>
            </w:r>
            <w:sdt>
              <w:sdtPr>
                <w:id w:val="214362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24163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9C76F21" w14:textId="77777777">
        <w:tc>
          <w:tcPr>
            <w:tcW w:w="2689" w:type="dxa"/>
          </w:tcPr>
          <w:p w14:paraId="6E98EF61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057052116"/>
            <w:placeholder>
              <w:docPart w:val="7CC20849886348838E7D5C1751BAAFCE"/>
            </w:placeholder>
            <w:showingPlcHdr/>
          </w:sdtPr>
          <w:sdtContent>
            <w:tc>
              <w:tcPr>
                <w:tcW w:w="6661" w:type="dxa"/>
              </w:tcPr>
              <w:p w14:paraId="7C245B17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418D366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12FEFC83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B29F7EB" w14:textId="77777777" w:rsidR="00B25E2F" w:rsidRDefault="00B25E2F">
            <w:r>
              <w:t xml:space="preserve">Yes </w:t>
            </w:r>
            <w:sdt>
              <w:sdtPr>
                <w:id w:val="-23201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2457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0C276EE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2F8DF" w14:textId="1C7E50FB" w:rsidR="00B25E2F" w:rsidRDefault="00B25E2F"/>
        </w:tc>
      </w:tr>
      <w:tr w:rsidR="00524709" w14:paraId="4E11E598" w14:textId="77777777" w:rsidTr="00574626">
        <w:tc>
          <w:tcPr>
            <w:tcW w:w="2689" w:type="dxa"/>
          </w:tcPr>
          <w:p w14:paraId="4BCCCE02" w14:textId="77777777" w:rsidR="00524709" w:rsidRPr="00524709" w:rsidRDefault="00524709" w:rsidP="00574626">
            <w:pPr>
              <w:rPr>
                <w:b/>
                <w:bCs/>
              </w:rPr>
            </w:pPr>
            <w:r w:rsidRPr="00524709">
              <w:rPr>
                <w:b/>
                <w:bCs/>
              </w:rPr>
              <w:t>Title of publication</w:t>
            </w:r>
          </w:p>
        </w:tc>
        <w:sdt>
          <w:sdtPr>
            <w:id w:val="2097125323"/>
            <w:placeholder>
              <w:docPart w:val="60364871FF794A76858ACBBC9EC88044"/>
            </w:placeholder>
            <w:showingPlcHdr/>
          </w:sdtPr>
          <w:sdtContent>
            <w:tc>
              <w:tcPr>
                <w:tcW w:w="6661" w:type="dxa"/>
              </w:tcPr>
              <w:p w14:paraId="0B08076F" w14:textId="77777777" w:rsidR="00524709" w:rsidRDefault="00524709" w:rsidP="00574626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FBDC1A3" w14:textId="77777777">
        <w:tc>
          <w:tcPr>
            <w:tcW w:w="2689" w:type="dxa"/>
          </w:tcPr>
          <w:p w14:paraId="2CBA79B9" w14:textId="06033F0A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1367948905"/>
            <w:placeholder>
              <w:docPart w:val="3D03718ACD0E4CAD86017488A9C3B8FB"/>
            </w:placeholder>
            <w:showingPlcHdr/>
          </w:sdtPr>
          <w:sdtContent>
            <w:tc>
              <w:tcPr>
                <w:tcW w:w="6661" w:type="dxa"/>
              </w:tcPr>
              <w:p w14:paraId="08DC8A99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FF8CF31" w14:textId="77777777">
        <w:tc>
          <w:tcPr>
            <w:tcW w:w="2689" w:type="dxa"/>
          </w:tcPr>
          <w:p w14:paraId="7DBA4A93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636640030"/>
            <w:placeholder>
              <w:docPart w:val="7F73402ACF4945B4963B993FCE77EBC0"/>
            </w:placeholder>
            <w:showingPlcHdr/>
          </w:sdtPr>
          <w:sdtContent>
            <w:tc>
              <w:tcPr>
                <w:tcW w:w="6661" w:type="dxa"/>
              </w:tcPr>
              <w:p w14:paraId="6ECBEABA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0F70C13" w14:textId="77777777">
        <w:tc>
          <w:tcPr>
            <w:tcW w:w="2689" w:type="dxa"/>
          </w:tcPr>
          <w:p w14:paraId="27315AC0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889832411"/>
            <w:placeholder>
              <w:docPart w:val="8DEDC25DA65648E0A61722138A5B3F0F"/>
            </w:placeholder>
            <w:showingPlcHdr/>
          </w:sdtPr>
          <w:sdtContent>
            <w:tc>
              <w:tcPr>
                <w:tcW w:w="6661" w:type="dxa"/>
              </w:tcPr>
              <w:p w14:paraId="2B734A5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5A543FC" w14:textId="77777777">
        <w:tc>
          <w:tcPr>
            <w:tcW w:w="2689" w:type="dxa"/>
          </w:tcPr>
          <w:p w14:paraId="2096F80A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AB667E2" w14:textId="77777777" w:rsidR="00B25E2F" w:rsidRDefault="00B25E2F"/>
        </w:tc>
        <w:sdt>
          <w:sdtPr>
            <w:id w:val="1634981029"/>
            <w:placeholder>
              <w:docPart w:val="D33B18A239F14CE7AB5114B7ACB660EA"/>
            </w:placeholder>
            <w:showingPlcHdr/>
          </w:sdtPr>
          <w:sdtContent>
            <w:tc>
              <w:tcPr>
                <w:tcW w:w="6661" w:type="dxa"/>
              </w:tcPr>
              <w:p w14:paraId="22BC1CB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17F650A" w14:textId="77777777">
        <w:tc>
          <w:tcPr>
            <w:tcW w:w="2689" w:type="dxa"/>
          </w:tcPr>
          <w:p w14:paraId="502DEF4A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0D41D46F" w14:textId="77777777" w:rsidR="00B25E2F" w:rsidRDefault="00B25E2F">
            <w:r>
              <w:t xml:space="preserve">Complete  </w:t>
            </w:r>
            <w:sdt>
              <w:sdtPr>
                <w:id w:val="939718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68227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5A802318" w14:textId="77777777">
        <w:tc>
          <w:tcPr>
            <w:tcW w:w="2689" w:type="dxa"/>
          </w:tcPr>
          <w:p w14:paraId="7F540BBE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2133746856"/>
            <w:placeholder>
              <w:docPart w:val="6B2728BAAE0D438C8B15904C234A9AD6"/>
            </w:placeholder>
            <w:showingPlcHdr/>
          </w:sdtPr>
          <w:sdtContent>
            <w:tc>
              <w:tcPr>
                <w:tcW w:w="6661" w:type="dxa"/>
              </w:tcPr>
              <w:p w14:paraId="5653736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F2F44A4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00CF2B49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6BC41A6" w14:textId="77777777" w:rsidR="00B25E2F" w:rsidRDefault="00B25E2F">
            <w:r>
              <w:t xml:space="preserve">Yes </w:t>
            </w:r>
            <w:sdt>
              <w:sdtPr>
                <w:id w:val="-40993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89395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EBA5B15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9038E" w14:textId="47F11018" w:rsidR="00B25E2F" w:rsidRDefault="00B25E2F"/>
        </w:tc>
      </w:tr>
      <w:tr w:rsidR="00524709" w14:paraId="4603F2FF" w14:textId="77777777" w:rsidTr="00574626">
        <w:tc>
          <w:tcPr>
            <w:tcW w:w="2689" w:type="dxa"/>
          </w:tcPr>
          <w:p w14:paraId="4F78D834" w14:textId="77777777" w:rsidR="00524709" w:rsidRPr="00524709" w:rsidRDefault="00524709" w:rsidP="00574626">
            <w:pPr>
              <w:rPr>
                <w:b/>
                <w:bCs/>
              </w:rPr>
            </w:pPr>
            <w:r w:rsidRPr="00524709">
              <w:rPr>
                <w:b/>
                <w:bCs/>
              </w:rPr>
              <w:t>Title of publication</w:t>
            </w:r>
          </w:p>
        </w:tc>
        <w:sdt>
          <w:sdtPr>
            <w:id w:val="-1455326700"/>
            <w:placeholder>
              <w:docPart w:val="6B30B4A1E90343FFB11DFF331F7D7F88"/>
            </w:placeholder>
            <w:showingPlcHdr/>
          </w:sdtPr>
          <w:sdtContent>
            <w:tc>
              <w:tcPr>
                <w:tcW w:w="6661" w:type="dxa"/>
              </w:tcPr>
              <w:p w14:paraId="6A0B13D0" w14:textId="77777777" w:rsidR="00524709" w:rsidRDefault="00524709" w:rsidP="00574626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428DD8A" w14:textId="77777777">
        <w:tc>
          <w:tcPr>
            <w:tcW w:w="2689" w:type="dxa"/>
          </w:tcPr>
          <w:p w14:paraId="71D17198" w14:textId="3C527C6D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515300061"/>
            <w:placeholder>
              <w:docPart w:val="36B89B7D43B443D889ED0D231AC66935"/>
            </w:placeholder>
            <w:showingPlcHdr/>
          </w:sdtPr>
          <w:sdtContent>
            <w:tc>
              <w:tcPr>
                <w:tcW w:w="6661" w:type="dxa"/>
              </w:tcPr>
              <w:p w14:paraId="0AFFD8B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6F822FA" w14:textId="77777777">
        <w:tc>
          <w:tcPr>
            <w:tcW w:w="2689" w:type="dxa"/>
          </w:tcPr>
          <w:p w14:paraId="7EC7A56F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220272120"/>
            <w:placeholder>
              <w:docPart w:val="E4DF4D48FF2E44A68677DB9186CA755C"/>
            </w:placeholder>
            <w:showingPlcHdr/>
          </w:sdtPr>
          <w:sdtContent>
            <w:tc>
              <w:tcPr>
                <w:tcW w:w="6661" w:type="dxa"/>
              </w:tcPr>
              <w:p w14:paraId="4C229D4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F43BF15" w14:textId="77777777">
        <w:tc>
          <w:tcPr>
            <w:tcW w:w="2689" w:type="dxa"/>
          </w:tcPr>
          <w:p w14:paraId="5862B287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692883130"/>
            <w:placeholder>
              <w:docPart w:val="D1B4F9AB76C649A78C33B4FFC9BEB8F6"/>
            </w:placeholder>
            <w:showingPlcHdr/>
          </w:sdtPr>
          <w:sdtContent>
            <w:tc>
              <w:tcPr>
                <w:tcW w:w="6661" w:type="dxa"/>
              </w:tcPr>
              <w:p w14:paraId="5D67B97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7B53CDC" w14:textId="77777777">
        <w:tc>
          <w:tcPr>
            <w:tcW w:w="2689" w:type="dxa"/>
          </w:tcPr>
          <w:p w14:paraId="15067E32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523F77E" w14:textId="77777777" w:rsidR="00B25E2F" w:rsidRDefault="00B25E2F"/>
        </w:tc>
        <w:sdt>
          <w:sdtPr>
            <w:id w:val="-495956051"/>
            <w:placeholder>
              <w:docPart w:val="FC67A76DC58D48B8926CC3A90C2168AB"/>
            </w:placeholder>
            <w:showingPlcHdr/>
          </w:sdtPr>
          <w:sdtContent>
            <w:tc>
              <w:tcPr>
                <w:tcW w:w="6661" w:type="dxa"/>
              </w:tcPr>
              <w:p w14:paraId="3FDA608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E302205" w14:textId="77777777">
        <w:tc>
          <w:tcPr>
            <w:tcW w:w="2689" w:type="dxa"/>
          </w:tcPr>
          <w:p w14:paraId="3EEC9166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492C8DA" w14:textId="77777777" w:rsidR="00B25E2F" w:rsidRDefault="00B25E2F">
            <w:r>
              <w:t xml:space="preserve">Complete  </w:t>
            </w:r>
            <w:sdt>
              <w:sdtPr>
                <w:id w:val="-18945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60140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75E6171E" w14:textId="77777777">
        <w:tc>
          <w:tcPr>
            <w:tcW w:w="2689" w:type="dxa"/>
          </w:tcPr>
          <w:p w14:paraId="7795F6F3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57446874"/>
            <w:placeholder>
              <w:docPart w:val="EFE5B9174B574EBD8B7DDA7B55EF7943"/>
            </w:placeholder>
            <w:showingPlcHdr/>
          </w:sdtPr>
          <w:sdtContent>
            <w:tc>
              <w:tcPr>
                <w:tcW w:w="6661" w:type="dxa"/>
              </w:tcPr>
              <w:p w14:paraId="4F2FC00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E7FC790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1711C68C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FFAAB06" w14:textId="77777777" w:rsidR="00B25E2F" w:rsidRDefault="00B25E2F">
            <w:r>
              <w:t xml:space="preserve">Yes </w:t>
            </w:r>
            <w:sdt>
              <w:sdtPr>
                <w:id w:val="645481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32042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2984E119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17DCF8" w14:textId="1008C235" w:rsidR="00B25E2F" w:rsidRDefault="00B25E2F"/>
        </w:tc>
      </w:tr>
    </w:tbl>
    <w:p w14:paraId="3E325E62" w14:textId="77777777" w:rsidR="00B25E2F" w:rsidRDefault="00B25E2F">
      <w:pPr>
        <w:pStyle w:val="Heading1"/>
      </w:pPr>
    </w:p>
    <w:p w14:paraId="2DF0FB8E" w14:textId="77777777" w:rsidR="00B25E2F" w:rsidRDefault="00B25E2F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2D5B985D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19CA0ACA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2600088E" w:rsidR="00E9708F" w:rsidRDefault="00E9708F"/>
        </w:tc>
      </w:tr>
      <w:tr w:rsidR="008E5780" w14:paraId="4D7DD415" w14:textId="77777777" w:rsidTr="00A0792E">
        <w:tc>
          <w:tcPr>
            <w:tcW w:w="2689" w:type="dxa"/>
          </w:tcPr>
          <w:p w14:paraId="19A50DEC" w14:textId="583C9F97" w:rsidR="008E5780" w:rsidRDefault="008E5780">
            <w:r w:rsidRPr="00F4085D">
              <w:rPr>
                <w:b/>
                <w:bCs/>
              </w:rPr>
              <w:t>Role</w:t>
            </w:r>
          </w:p>
        </w:tc>
        <w:sdt>
          <w:sdtPr>
            <w:id w:val="-363903417"/>
            <w:placeholder>
              <w:docPart w:val="5B53A3089E014B80A3DF921D322D4D9A"/>
            </w:placeholder>
            <w:showingPlcHdr/>
          </w:sdtPr>
          <w:sdtContent>
            <w:tc>
              <w:tcPr>
                <w:tcW w:w="6661" w:type="dxa"/>
              </w:tcPr>
              <w:p w14:paraId="6C13C51D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5E6BBD9F" w14:textId="77777777" w:rsidTr="00A0792E">
        <w:tc>
          <w:tcPr>
            <w:tcW w:w="2689" w:type="dxa"/>
          </w:tcPr>
          <w:p w14:paraId="6F3E0EDB" w14:textId="77777777" w:rsidR="008E5780" w:rsidRDefault="008E5780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844592706"/>
            <w:placeholder>
              <w:docPart w:val="E3760AF975DD4EFB8BEB699FB1ADE8EB"/>
            </w:placeholder>
            <w:showingPlcHdr/>
          </w:sdtPr>
          <w:sdtContent>
            <w:tc>
              <w:tcPr>
                <w:tcW w:w="6661" w:type="dxa"/>
              </w:tcPr>
              <w:p w14:paraId="3ACCD09C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3B31A549" w14:textId="77777777" w:rsidTr="00A0792E">
        <w:tc>
          <w:tcPr>
            <w:tcW w:w="2689" w:type="dxa"/>
          </w:tcPr>
          <w:p w14:paraId="66566B81" w14:textId="77777777" w:rsidR="008E5780" w:rsidRDefault="008E5780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684937338"/>
            <w:placeholder>
              <w:docPart w:val="B325819E676E41CDB338A38C7F62FAF5"/>
            </w:placeholder>
            <w:showingPlcHdr/>
          </w:sdtPr>
          <w:sdtContent>
            <w:tc>
              <w:tcPr>
                <w:tcW w:w="6661" w:type="dxa"/>
              </w:tcPr>
              <w:p w14:paraId="1C671F8A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2A43C81F" w14:textId="77777777" w:rsidTr="00A0792E">
        <w:tc>
          <w:tcPr>
            <w:tcW w:w="2689" w:type="dxa"/>
          </w:tcPr>
          <w:p w14:paraId="7A9EA52D" w14:textId="77777777" w:rsidR="008E5780" w:rsidRPr="00F4085D" w:rsidRDefault="008E5780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333B060" w14:textId="77777777" w:rsidR="008E5780" w:rsidRDefault="008E5780"/>
        </w:tc>
        <w:sdt>
          <w:sdtPr>
            <w:id w:val="330562830"/>
            <w:placeholder>
              <w:docPart w:val="80A0B282B56E4C9D83CB7B16E5735CA5"/>
            </w:placeholder>
            <w:showingPlcHdr/>
          </w:sdtPr>
          <w:sdtContent>
            <w:tc>
              <w:tcPr>
                <w:tcW w:w="6661" w:type="dxa"/>
              </w:tcPr>
              <w:p w14:paraId="6102249F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019D9541" w14:textId="77777777" w:rsidTr="00A0792E">
        <w:tc>
          <w:tcPr>
            <w:tcW w:w="2689" w:type="dxa"/>
          </w:tcPr>
          <w:p w14:paraId="0561175F" w14:textId="77777777" w:rsidR="008E5780" w:rsidRDefault="008E5780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78CA3D46" w14:textId="77777777" w:rsidR="008E5780" w:rsidRDefault="008E5780">
            <w:r>
              <w:t xml:space="preserve">Complete  </w:t>
            </w:r>
            <w:sdt>
              <w:sdtPr>
                <w:id w:val="1702356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565483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E5780" w14:paraId="6913D31D" w14:textId="77777777" w:rsidTr="00A0792E">
        <w:tc>
          <w:tcPr>
            <w:tcW w:w="2689" w:type="dxa"/>
          </w:tcPr>
          <w:p w14:paraId="1573849B" w14:textId="77777777" w:rsidR="008E5780" w:rsidRDefault="008E5780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827397588"/>
            <w:placeholder>
              <w:docPart w:val="A211CE5A3D8A490D8A3ADDC376ECA089"/>
            </w:placeholder>
            <w:showingPlcHdr/>
          </w:sdtPr>
          <w:sdtContent>
            <w:tc>
              <w:tcPr>
                <w:tcW w:w="6661" w:type="dxa"/>
              </w:tcPr>
              <w:p w14:paraId="0BB2E550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0FF6E43D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6E5B3" w14:textId="3C59B334" w:rsidR="008E5780" w:rsidRDefault="008E5780"/>
        </w:tc>
      </w:tr>
      <w:tr w:rsidR="00B25E2F" w14:paraId="2437B212" w14:textId="77777777" w:rsidTr="00A0792E">
        <w:tc>
          <w:tcPr>
            <w:tcW w:w="2689" w:type="dxa"/>
          </w:tcPr>
          <w:p w14:paraId="74111B80" w14:textId="0F0695E5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813479118"/>
            <w:placeholder>
              <w:docPart w:val="43AC25A4B7AD4021A9E83559C575621D"/>
            </w:placeholder>
            <w:showingPlcHdr/>
          </w:sdtPr>
          <w:sdtContent>
            <w:tc>
              <w:tcPr>
                <w:tcW w:w="6661" w:type="dxa"/>
              </w:tcPr>
              <w:p w14:paraId="4F58FEE7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3E8A0C3" w14:textId="77777777" w:rsidTr="00A0792E">
        <w:tc>
          <w:tcPr>
            <w:tcW w:w="2689" w:type="dxa"/>
          </w:tcPr>
          <w:p w14:paraId="07B72154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995033093"/>
            <w:placeholder>
              <w:docPart w:val="72D375FE267948BA8E46030D496D1653"/>
            </w:placeholder>
            <w:showingPlcHdr/>
          </w:sdtPr>
          <w:sdtContent>
            <w:tc>
              <w:tcPr>
                <w:tcW w:w="6661" w:type="dxa"/>
              </w:tcPr>
              <w:p w14:paraId="17863D41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C971819" w14:textId="77777777" w:rsidTr="00A0792E">
        <w:tc>
          <w:tcPr>
            <w:tcW w:w="2689" w:type="dxa"/>
          </w:tcPr>
          <w:p w14:paraId="5E6C0A84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37021018"/>
            <w:placeholder>
              <w:docPart w:val="231112FFF24743F5B81BF71AA554E251"/>
            </w:placeholder>
            <w:showingPlcHdr/>
          </w:sdtPr>
          <w:sdtContent>
            <w:tc>
              <w:tcPr>
                <w:tcW w:w="6661" w:type="dxa"/>
              </w:tcPr>
              <w:p w14:paraId="71DC543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9D158A7" w14:textId="77777777" w:rsidTr="00A0792E">
        <w:tc>
          <w:tcPr>
            <w:tcW w:w="2689" w:type="dxa"/>
          </w:tcPr>
          <w:p w14:paraId="3B843C64" w14:textId="77777777" w:rsidR="00B25E2F" w:rsidRPr="00F4085D" w:rsidRDefault="00B25E2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B0DA2D7" w14:textId="77777777" w:rsidR="00B25E2F" w:rsidRDefault="00B25E2F"/>
        </w:tc>
        <w:sdt>
          <w:sdtPr>
            <w:id w:val="-863056156"/>
            <w:placeholder>
              <w:docPart w:val="8E7AEC81E6934CB6B7403055EF94259E"/>
            </w:placeholder>
            <w:showingPlcHdr/>
          </w:sdtPr>
          <w:sdtContent>
            <w:tc>
              <w:tcPr>
                <w:tcW w:w="6661" w:type="dxa"/>
              </w:tcPr>
              <w:p w14:paraId="352CFC21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BE504F8" w14:textId="77777777" w:rsidTr="00A0792E">
        <w:tc>
          <w:tcPr>
            <w:tcW w:w="2689" w:type="dxa"/>
          </w:tcPr>
          <w:p w14:paraId="0F42D045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13C9321" w14:textId="77777777" w:rsidR="00B25E2F" w:rsidRDefault="00B25E2F">
            <w:r>
              <w:t xml:space="preserve">Complete  </w:t>
            </w:r>
            <w:sdt>
              <w:sdtPr>
                <w:id w:val="182131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614140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23A91DBA" w14:textId="77777777" w:rsidTr="00A0792E">
        <w:tc>
          <w:tcPr>
            <w:tcW w:w="2689" w:type="dxa"/>
          </w:tcPr>
          <w:p w14:paraId="7BFC8FD5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401259341"/>
            <w:placeholder>
              <w:docPart w:val="077ED1DB8EC44D14AB99336A4B391381"/>
            </w:placeholder>
            <w:showingPlcHdr/>
          </w:sdtPr>
          <w:sdtContent>
            <w:tc>
              <w:tcPr>
                <w:tcW w:w="6661" w:type="dxa"/>
              </w:tcPr>
              <w:p w14:paraId="2326D43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BC62A6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E61BD3" w14:textId="13C53172" w:rsidR="00B25E2F" w:rsidRDefault="00B25E2F"/>
        </w:tc>
      </w:tr>
      <w:tr w:rsidR="00B25E2F" w14:paraId="38E1AB9F" w14:textId="77777777" w:rsidTr="00A0792E">
        <w:tc>
          <w:tcPr>
            <w:tcW w:w="2689" w:type="dxa"/>
          </w:tcPr>
          <w:p w14:paraId="3FFF6B7A" w14:textId="41F43769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314000338"/>
            <w:placeholder>
              <w:docPart w:val="902879E63ED845F5BFBB66FC45877926"/>
            </w:placeholder>
            <w:showingPlcHdr/>
          </w:sdtPr>
          <w:sdtContent>
            <w:tc>
              <w:tcPr>
                <w:tcW w:w="6661" w:type="dxa"/>
              </w:tcPr>
              <w:p w14:paraId="44CAF339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84B458A" w14:textId="77777777" w:rsidTr="00A0792E">
        <w:tc>
          <w:tcPr>
            <w:tcW w:w="2689" w:type="dxa"/>
          </w:tcPr>
          <w:p w14:paraId="4481CB67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888383107"/>
            <w:placeholder>
              <w:docPart w:val="9AAEC8B69FFE449092B9576F48F68E25"/>
            </w:placeholder>
            <w:showingPlcHdr/>
          </w:sdtPr>
          <w:sdtContent>
            <w:tc>
              <w:tcPr>
                <w:tcW w:w="6661" w:type="dxa"/>
              </w:tcPr>
              <w:p w14:paraId="426503B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00F4912" w14:textId="77777777" w:rsidTr="00A0792E">
        <w:tc>
          <w:tcPr>
            <w:tcW w:w="2689" w:type="dxa"/>
          </w:tcPr>
          <w:p w14:paraId="3AB7875D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080952378"/>
            <w:placeholder>
              <w:docPart w:val="4698BE0023D14D859C1CF8133A5B7BB9"/>
            </w:placeholder>
            <w:showingPlcHdr/>
          </w:sdtPr>
          <w:sdtContent>
            <w:tc>
              <w:tcPr>
                <w:tcW w:w="6661" w:type="dxa"/>
              </w:tcPr>
              <w:p w14:paraId="2DD0D886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D5BE443" w14:textId="77777777" w:rsidTr="00A0792E">
        <w:tc>
          <w:tcPr>
            <w:tcW w:w="2689" w:type="dxa"/>
          </w:tcPr>
          <w:p w14:paraId="257320D1" w14:textId="77777777" w:rsidR="00B25E2F" w:rsidRPr="00F4085D" w:rsidRDefault="00B25E2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CBEAD45" w14:textId="77777777" w:rsidR="00B25E2F" w:rsidRDefault="00B25E2F"/>
        </w:tc>
        <w:sdt>
          <w:sdtPr>
            <w:id w:val="600149686"/>
            <w:placeholder>
              <w:docPart w:val="B9A1F8DB398B497788A9F2640F13E7B6"/>
            </w:placeholder>
            <w:showingPlcHdr/>
          </w:sdtPr>
          <w:sdtContent>
            <w:tc>
              <w:tcPr>
                <w:tcW w:w="6661" w:type="dxa"/>
              </w:tcPr>
              <w:p w14:paraId="4A0A048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0490A69" w14:textId="77777777" w:rsidTr="00A0792E">
        <w:tc>
          <w:tcPr>
            <w:tcW w:w="2689" w:type="dxa"/>
          </w:tcPr>
          <w:p w14:paraId="4950D3E7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CDE1E9C" w14:textId="77777777" w:rsidR="00B25E2F" w:rsidRDefault="00B25E2F">
            <w:r>
              <w:t xml:space="preserve">Complete  </w:t>
            </w:r>
            <w:sdt>
              <w:sdtPr>
                <w:id w:val="89740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91648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0C09CA7F" w14:textId="77777777" w:rsidTr="00A0792E">
        <w:tc>
          <w:tcPr>
            <w:tcW w:w="2689" w:type="dxa"/>
          </w:tcPr>
          <w:p w14:paraId="7D211969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572330761"/>
            <w:placeholder>
              <w:docPart w:val="1006D5334C7645D98814E77DB04BC9AB"/>
            </w:placeholder>
            <w:showingPlcHdr/>
          </w:sdtPr>
          <w:sdtContent>
            <w:tc>
              <w:tcPr>
                <w:tcW w:w="6661" w:type="dxa"/>
              </w:tcPr>
              <w:p w14:paraId="79D8C4F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FB1DC8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AA209B" w14:textId="68709440" w:rsidR="00B25E2F" w:rsidRDefault="00B25E2F"/>
        </w:tc>
      </w:tr>
      <w:tr w:rsidR="00B25E2F" w14:paraId="1D33B5A2" w14:textId="77777777" w:rsidTr="00A0792E">
        <w:tc>
          <w:tcPr>
            <w:tcW w:w="2689" w:type="dxa"/>
          </w:tcPr>
          <w:p w14:paraId="48A4B6D8" w14:textId="075BDDFA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578813990"/>
            <w:placeholder>
              <w:docPart w:val="EB9C78A16E3B414CA7F4808F58E226A1"/>
            </w:placeholder>
            <w:showingPlcHdr/>
          </w:sdtPr>
          <w:sdtContent>
            <w:tc>
              <w:tcPr>
                <w:tcW w:w="6661" w:type="dxa"/>
              </w:tcPr>
              <w:p w14:paraId="72074D77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74848A6" w14:textId="77777777" w:rsidTr="00A0792E">
        <w:tc>
          <w:tcPr>
            <w:tcW w:w="2689" w:type="dxa"/>
          </w:tcPr>
          <w:p w14:paraId="63CBD4CD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002780962"/>
            <w:placeholder>
              <w:docPart w:val="F5C3BEE3C8D74BE8B4E2E82E6C548D4E"/>
            </w:placeholder>
            <w:showingPlcHdr/>
          </w:sdtPr>
          <w:sdtContent>
            <w:tc>
              <w:tcPr>
                <w:tcW w:w="6661" w:type="dxa"/>
              </w:tcPr>
              <w:p w14:paraId="1DAFAB38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D72EDF6" w14:textId="77777777" w:rsidTr="00A0792E">
        <w:tc>
          <w:tcPr>
            <w:tcW w:w="2689" w:type="dxa"/>
          </w:tcPr>
          <w:p w14:paraId="2B18092F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450207614"/>
            <w:placeholder>
              <w:docPart w:val="B75FF42B4C434DEDADB5C2B97AF2815C"/>
            </w:placeholder>
            <w:showingPlcHdr/>
          </w:sdtPr>
          <w:sdtContent>
            <w:tc>
              <w:tcPr>
                <w:tcW w:w="6661" w:type="dxa"/>
              </w:tcPr>
              <w:p w14:paraId="542513B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F5A3E55" w14:textId="77777777" w:rsidTr="00A0792E">
        <w:tc>
          <w:tcPr>
            <w:tcW w:w="2689" w:type="dxa"/>
          </w:tcPr>
          <w:p w14:paraId="2D1FC7F7" w14:textId="77777777" w:rsidR="00B25E2F" w:rsidRPr="00F4085D" w:rsidRDefault="00B25E2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7472127" w14:textId="77777777" w:rsidR="00B25E2F" w:rsidRDefault="00B25E2F"/>
        </w:tc>
        <w:sdt>
          <w:sdtPr>
            <w:id w:val="248085647"/>
            <w:placeholder>
              <w:docPart w:val="3DC81886BD35412D829536EACCB9B711"/>
            </w:placeholder>
            <w:showingPlcHdr/>
          </w:sdtPr>
          <w:sdtContent>
            <w:tc>
              <w:tcPr>
                <w:tcW w:w="6661" w:type="dxa"/>
              </w:tcPr>
              <w:p w14:paraId="3ECFA78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1B7DC6E" w14:textId="77777777" w:rsidTr="00A0792E">
        <w:tc>
          <w:tcPr>
            <w:tcW w:w="2689" w:type="dxa"/>
          </w:tcPr>
          <w:p w14:paraId="04161262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DCBE25C" w14:textId="77777777" w:rsidR="00B25E2F" w:rsidRDefault="00B25E2F">
            <w:r>
              <w:t xml:space="preserve">Complete  </w:t>
            </w:r>
            <w:sdt>
              <w:sdtPr>
                <w:id w:val="-7367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867719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8E15A01" w14:textId="77777777" w:rsidTr="00A0792E">
        <w:tc>
          <w:tcPr>
            <w:tcW w:w="2689" w:type="dxa"/>
          </w:tcPr>
          <w:p w14:paraId="35904F37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216928443"/>
            <w:placeholder>
              <w:docPart w:val="E8AF836467904BA3BC0DFD276D90B2A2"/>
            </w:placeholder>
            <w:showingPlcHdr/>
          </w:sdtPr>
          <w:sdtContent>
            <w:tc>
              <w:tcPr>
                <w:tcW w:w="6661" w:type="dxa"/>
              </w:tcPr>
              <w:p w14:paraId="7C3BB02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6C87942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694D5" w14:textId="2C5A2855" w:rsidR="00B25E2F" w:rsidRDefault="00B25E2F"/>
        </w:tc>
      </w:tr>
    </w:tbl>
    <w:p w14:paraId="72EB047D" w14:textId="68C2B30E" w:rsidR="0075109E" w:rsidRDefault="008E5780" w:rsidP="00F211F0">
      <w:pPr>
        <w:pStyle w:val="Heading1"/>
      </w:pPr>
      <w:r>
        <w:lastRenderedPageBreak/>
        <w:t xml:space="preserve">Formal </w:t>
      </w:r>
      <w:r w:rsidR="00F211F0">
        <w:t>Leadership</w:t>
      </w:r>
      <w:r w:rsidR="0075109E">
        <w:t xml:space="preserve"> </w:t>
      </w:r>
      <w:r w:rsidR="00846BF0">
        <w:t xml:space="preserve">&amp; Management </w:t>
      </w:r>
      <w:r>
        <w:t>Roles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8E5780" w14:paraId="22D4EE91" w14:textId="77777777">
        <w:tc>
          <w:tcPr>
            <w:tcW w:w="2689" w:type="dxa"/>
          </w:tcPr>
          <w:p w14:paraId="7180439B" w14:textId="2226107F" w:rsidR="008E5780" w:rsidRDefault="008E5780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693991107"/>
            <w:placeholder>
              <w:docPart w:val="E35B6655259146508DD418BD48E5BC43"/>
            </w:placeholder>
            <w:showingPlcHdr/>
          </w:sdtPr>
          <w:sdtContent>
            <w:tc>
              <w:tcPr>
                <w:tcW w:w="6661" w:type="dxa"/>
              </w:tcPr>
              <w:p w14:paraId="60AE8944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2F749543" w14:textId="77777777">
        <w:tc>
          <w:tcPr>
            <w:tcW w:w="2689" w:type="dxa"/>
          </w:tcPr>
          <w:p w14:paraId="5DD0E3A0" w14:textId="77777777" w:rsidR="008E5780" w:rsidRDefault="008E5780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80055173"/>
            <w:placeholder>
              <w:docPart w:val="C463460EDC9E4D71AF7E9395FDDA9EEC"/>
            </w:placeholder>
            <w:showingPlcHdr/>
          </w:sdtPr>
          <w:sdtContent>
            <w:tc>
              <w:tcPr>
                <w:tcW w:w="6661" w:type="dxa"/>
              </w:tcPr>
              <w:p w14:paraId="31B95EBF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1E01FCC4" w14:textId="77777777">
        <w:tc>
          <w:tcPr>
            <w:tcW w:w="2689" w:type="dxa"/>
          </w:tcPr>
          <w:p w14:paraId="268EF6F2" w14:textId="67223656" w:rsidR="008E5780" w:rsidRDefault="008E5780">
            <w:r>
              <w:rPr>
                <w:b/>
                <w:bCs/>
              </w:rPr>
              <w:t>Dates</w:t>
            </w:r>
          </w:p>
        </w:tc>
        <w:sdt>
          <w:sdtPr>
            <w:id w:val="948042334"/>
            <w:placeholder>
              <w:docPart w:val="2E09ACF79A5E4C7ABB8092AFB3426039"/>
            </w:placeholder>
            <w:showingPlcHdr/>
          </w:sdtPr>
          <w:sdtContent>
            <w:tc>
              <w:tcPr>
                <w:tcW w:w="6661" w:type="dxa"/>
              </w:tcPr>
              <w:p w14:paraId="55A45FF4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237F4C65" w14:textId="77777777">
        <w:tc>
          <w:tcPr>
            <w:tcW w:w="2689" w:type="dxa"/>
          </w:tcPr>
          <w:p w14:paraId="478D3325" w14:textId="3DB3F860" w:rsidR="008E5780" w:rsidRDefault="008E5780" w:rsidP="008E5780">
            <w:r w:rsidRPr="00F4085D">
              <w:rPr>
                <w:b/>
                <w:bCs/>
              </w:rPr>
              <w:t xml:space="preserve">Feedback/Outcomes </w:t>
            </w:r>
          </w:p>
        </w:tc>
        <w:sdt>
          <w:sdtPr>
            <w:id w:val="1137218343"/>
            <w:placeholder>
              <w:docPart w:val="53D74768D1B54CA8B2A5D385C512534A"/>
            </w:placeholder>
            <w:showingPlcHdr/>
          </w:sdtPr>
          <w:sdtContent>
            <w:tc>
              <w:tcPr>
                <w:tcW w:w="6661" w:type="dxa"/>
              </w:tcPr>
              <w:p w14:paraId="0EEFE05F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295F69CF" w14:textId="77777777">
        <w:tc>
          <w:tcPr>
            <w:tcW w:w="2689" w:type="dxa"/>
          </w:tcPr>
          <w:p w14:paraId="65A274CA" w14:textId="77777777" w:rsidR="008E5780" w:rsidRDefault="008E5780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46748C5" w14:textId="77777777" w:rsidR="008E5780" w:rsidRDefault="008E5780">
            <w:r>
              <w:t xml:space="preserve">Complete  </w:t>
            </w:r>
            <w:sdt>
              <w:sdtPr>
                <w:id w:val="-183799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54591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E5780" w14:paraId="242F4478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7DA063D9" w14:textId="77777777" w:rsidR="008E5780" w:rsidRPr="00F4085D" w:rsidRDefault="008E5780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D23743F" w14:textId="77777777" w:rsidR="008E5780" w:rsidRDefault="008E5780">
            <w:r>
              <w:t xml:space="preserve">Yes </w:t>
            </w:r>
            <w:sdt>
              <w:sdtPr>
                <w:id w:val="-41555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985619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E5780" w14:paraId="0F768495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62702F" w14:textId="37FC83A8" w:rsidR="008E5780" w:rsidRDefault="008E5780"/>
        </w:tc>
      </w:tr>
      <w:tr w:rsidR="00B25E2F" w14:paraId="1A79D993" w14:textId="77777777">
        <w:tc>
          <w:tcPr>
            <w:tcW w:w="2689" w:type="dxa"/>
          </w:tcPr>
          <w:p w14:paraId="36BD9055" w14:textId="0A4FED49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132918234"/>
            <w:placeholder>
              <w:docPart w:val="7BB56E31F9DB4A1EA02EAE2ACFEB2638"/>
            </w:placeholder>
            <w:showingPlcHdr/>
          </w:sdtPr>
          <w:sdtContent>
            <w:tc>
              <w:tcPr>
                <w:tcW w:w="6661" w:type="dxa"/>
              </w:tcPr>
              <w:p w14:paraId="2156D017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05CA17A" w14:textId="77777777">
        <w:tc>
          <w:tcPr>
            <w:tcW w:w="2689" w:type="dxa"/>
          </w:tcPr>
          <w:p w14:paraId="4F9CA05D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966418297"/>
            <w:placeholder>
              <w:docPart w:val="60663B54BBF249FB81B3D6DA525FC8AB"/>
            </w:placeholder>
            <w:showingPlcHdr/>
          </w:sdtPr>
          <w:sdtContent>
            <w:tc>
              <w:tcPr>
                <w:tcW w:w="6661" w:type="dxa"/>
              </w:tcPr>
              <w:p w14:paraId="46C0DFF5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EC5E3B9" w14:textId="77777777">
        <w:tc>
          <w:tcPr>
            <w:tcW w:w="2689" w:type="dxa"/>
          </w:tcPr>
          <w:p w14:paraId="2CABBF9B" w14:textId="77777777" w:rsidR="00B25E2F" w:rsidRDefault="00B25E2F">
            <w:r>
              <w:rPr>
                <w:b/>
                <w:bCs/>
              </w:rPr>
              <w:t>Dates</w:t>
            </w:r>
          </w:p>
        </w:tc>
        <w:sdt>
          <w:sdtPr>
            <w:id w:val="1843666459"/>
            <w:placeholder>
              <w:docPart w:val="404564BB005C456386C59B2D81215C89"/>
            </w:placeholder>
            <w:showingPlcHdr/>
          </w:sdtPr>
          <w:sdtContent>
            <w:tc>
              <w:tcPr>
                <w:tcW w:w="6661" w:type="dxa"/>
              </w:tcPr>
              <w:p w14:paraId="53E26191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CF59473" w14:textId="77777777">
        <w:tc>
          <w:tcPr>
            <w:tcW w:w="2689" w:type="dxa"/>
          </w:tcPr>
          <w:p w14:paraId="78BE0732" w14:textId="77777777" w:rsidR="00B25E2F" w:rsidRDefault="00B25E2F" w:rsidP="008E5780">
            <w:r w:rsidRPr="00F4085D">
              <w:rPr>
                <w:b/>
                <w:bCs/>
              </w:rPr>
              <w:t xml:space="preserve">Feedback/Outcomes </w:t>
            </w:r>
          </w:p>
        </w:tc>
        <w:sdt>
          <w:sdtPr>
            <w:id w:val="950200655"/>
            <w:placeholder>
              <w:docPart w:val="8B6B366005AF4DE7BF494038728D795E"/>
            </w:placeholder>
            <w:showingPlcHdr/>
          </w:sdtPr>
          <w:sdtContent>
            <w:tc>
              <w:tcPr>
                <w:tcW w:w="6661" w:type="dxa"/>
              </w:tcPr>
              <w:p w14:paraId="2D2704F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5A623AB" w14:textId="77777777">
        <w:tc>
          <w:tcPr>
            <w:tcW w:w="2689" w:type="dxa"/>
          </w:tcPr>
          <w:p w14:paraId="044CE622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5255E7A" w14:textId="77777777" w:rsidR="00B25E2F" w:rsidRDefault="00B25E2F">
            <w:r>
              <w:t xml:space="preserve">Complete  </w:t>
            </w:r>
            <w:sdt>
              <w:sdtPr>
                <w:id w:val="-62084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432864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0A6B19A8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61B33D8C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44D0950" w14:textId="77777777" w:rsidR="00B25E2F" w:rsidRDefault="00B25E2F">
            <w:r>
              <w:t xml:space="preserve">Yes </w:t>
            </w:r>
            <w:sdt>
              <w:sdtPr>
                <w:id w:val="-80262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770468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7F9F9785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40278" w14:textId="2FB9E9ED" w:rsidR="00B25E2F" w:rsidRDefault="00B25E2F"/>
        </w:tc>
      </w:tr>
      <w:tr w:rsidR="00B25E2F" w14:paraId="691DD8C3" w14:textId="77777777">
        <w:tc>
          <w:tcPr>
            <w:tcW w:w="2689" w:type="dxa"/>
          </w:tcPr>
          <w:p w14:paraId="6489E541" w14:textId="49622E11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1222647091"/>
            <w:placeholder>
              <w:docPart w:val="AAA6076282CB4F41B304CD46638E9AC3"/>
            </w:placeholder>
            <w:showingPlcHdr/>
          </w:sdtPr>
          <w:sdtContent>
            <w:tc>
              <w:tcPr>
                <w:tcW w:w="6661" w:type="dxa"/>
              </w:tcPr>
              <w:p w14:paraId="192CDCC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F4E9E66" w14:textId="77777777">
        <w:tc>
          <w:tcPr>
            <w:tcW w:w="2689" w:type="dxa"/>
          </w:tcPr>
          <w:p w14:paraId="3911AC53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2020739689"/>
            <w:placeholder>
              <w:docPart w:val="FB2E00091AC4471ABC388D5CE4B82916"/>
            </w:placeholder>
            <w:showingPlcHdr/>
          </w:sdtPr>
          <w:sdtContent>
            <w:tc>
              <w:tcPr>
                <w:tcW w:w="6661" w:type="dxa"/>
              </w:tcPr>
              <w:p w14:paraId="760CACD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C9D4CDD" w14:textId="77777777">
        <w:tc>
          <w:tcPr>
            <w:tcW w:w="2689" w:type="dxa"/>
          </w:tcPr>
          <w:p w14:paraId="661F8C30" w14:textId="77777777" w:rsidR="00B25E2F" w:rsidRDefault="00B25E2F">
            <w:r>
              <w:rPr>
                <w:b/>
                <w:bCs/>
              </w:rPr>
              <w:t>Dates</w:t>
            </w:r>
          </w:p>
        </w:tc>
        <w:sdt>
          <w:sdtPr>
            <w:id w:val="-1552457412"/>
            <w:placeholder>
              <w:docPart w:val="4F51DB8F6FAD41BC850188254F06FC02"/>
            </w:placeholder>
            <w:showingPlcHdr/>
          </w:sdtPr>
          <w:sdtContent>
            <w:tc>
              <w:tcPr>
                <w:tcW w:w="6661" w:type="dxa"/>
              </w:tcPr>
              <w:p w14:paraId="6352052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34F5CE5" w14:textId="77777777">
        <w:tc>
          <w:tcPr>
            <w:tcW w:w="2689" w:type="dxa"/>
          </w:tcPr>
          <w:p w14:paraId="199A98FF" w14:textId="77777777" w:rsidR="00B25E2F" w:rsidRDefault="00B25E2F" w:rsidP="008E5780">
            <w:r w:rsidRPr="00F4085D">
              <w:rPr>
                <w:b/>
                <w:bCs/>
              </w:rPr>
              <w:t xml:space="preserve">Feedback/Outcomes </w:t>
            </w:r>
          </w:p>
        </w:tc>
        <w:sdt>
          <w:sdtPr>
            <w:id w:val="-2009818128"/>
            <w:placeholder>
              <w:docPart w:val="E47218CB5CC746EA98BB9CA176DAEE8D"/>
            </w:placeholder>
            <w:showingPlcHdr/>
          </w:sdtPr>
          <w:sdtContent>
            <w:tc>
              <w:tcPr>
                <w:tcW w:w="6661" w:type="dxa"/>
              </w:tcPr>
              <w:p w14:paraId="5AEC38E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5F5938C" w14:textId="77777777">
        <w:tc>
          <w:tcPr>
            <w:tcW w:w="2689" w:type="dxa"/>
          </w:tcPr>
          <w:p w14:paraId="06AB7D69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7BF6CBCE" w14:textId="77777777" w:rsidR="00B25E2F" w:rsidRDefault="00B25E2F">
            <w:r>
              <w:t xml:space="preserve">Complete  </w:t>
            </w:r>
            <w:sdt>
              <w:sdtPr>
                <w:id w:val="-1311700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21804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7239AF72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792A497B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651FBE7" w14:textId="77777777" w:rsidR="00B25E2F" w:rsidRDefault="00B25E2F">
            <w:r>
              <w:t xml:space="preserve">Yes </w:t>
            </w:r>
            <w:sdt>
              <w:sdtPr>
                <w:id w:val="92369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384647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41DBB0A9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0CA326" w14:textId="290F41F5" w:rsidR="00B25E2F" w:rsidRDefault="00B25E2F"/>
        </w:tc>
      </w:tr>
      <w:tr w:rsidR="00B25E2F" w14:paraId="69140C2F" w14:textId="77777777">
        <w:tc>
          <w:tcPr>
            <w:tcW w:w="2689" w:type="dxa"/>
          </w:tcPr>
          <w:p w14:paraId="0E8F96FF" w14:textId="0A7391AC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1371184956"/>
            <w:placeholder>
              <w:docPart w:val="4EAF14C96C1249029CB3CB11C72930C6"/>
            </w:placeholder>
            <w:showingPlcHdr/>
          </w:sdtPr>
          <w:sdtContent>
            <w:tc>
              <w:tcPr>
                <w:tcW w:w="6661" w:type="dxa"/>
              </w:tcPr>
              <w:p w14:paraId="35A07E2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9044FDB" w14:textId="77777777">
        <w:tc>
          <w:tcPr>
            <w:tcW w:w="2689" w:type="dxa"/>
          </w:tcPr>
          <w:p w14:paraId="41245080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686642501"/>
            <w:placeholder>
              <w:docPart w:val="E7DB687354514D078AF615E08F261687"/>
            </w:placeholder>
            <w:showingPlcHdr/>
          </w:sdtPr>
          <w:sdtContent>
            <w:tc>
              <w:tcPr>
                <w:tcW w:w="6661" w:type="dxa"/>
              </w:tcPr>
              <w:p w14:paraId="293107C8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7BA422E" w14:textId="77777777">
        <w:tc>
          <w:tcPr>
            <w:tcW w:w="2689" w:type="dxa"/>
          </w:tcPr>
          <w:p w14:paraId="15787A59" w14:textId="77777777" w:rsidR="00B25E2F" w:rsidRDefault="00B25E2F">
            <w:r>
              <w:rPr>
                <w:b/>
                <w:bCs/>
              </w:rPr>
              <w:t>Dates</w:t>
            </w:r>
          </w:p>
        </w:tc>
        <w:sdt>
          <w:sdtPr>
            <w:id w:val="-1934583280"/>
            <w:placeholder>
              <w:docPart w:val="6D9D2D1247714776B9BC57668961DDF3"/>
            </w:placeholder>
            <w:showingPlcHdr/>
          </w:sdtPr>
          <w:sdtContent>
            <w:tc>
              <w:tcPr>
                <w:tcW w:w="6661" w:type="dxa"/>
              </w:tcPr>
              <w:p w14:paraId="49FA707D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F71BD8A" w14:textId="77777777">
        <w:tc>
          <w:tcPr>
            <w:tcW w:w="2689" w:type="dxa"/>
          </w:tcPr>
          <w:p w14:paraId="2F899F3A" w14:textId="77777777" w:rsidR="00B25E2F" w:rsidRDefault="00B25E2F" w:rsidP="008E5780">
            <w:r w:rsidRPr="00F4085D">
              <w:rPr>
                <w:b/>
                <w:bCs/>
              </w:rPr>
              <w:t xml:space="preserve">Feedback/Outcomes </w:t>
            </w:r>
          </w:p>
        </w:tc>
        <w:sdt>
          <w:sdtPr>
            <w:id w:val="-1287501993"/>
            <w:placeholder>
              <w:docPart w:val="BB298F2D26D34F16AB2166BE7872E6FD"/>
            </w:placeholder>
            <w:showingPlcHdr/>
          </w:sdtPr>
          <w:sdtContent>
            <w:tc>
              <w:tcPr>
                <w:tcW w:w="6661" w:type="dxa"/>
              </w:tcPr>
              <w:p w14:paraId="4DAE369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935052A" w14:textId="77777777">
        <w:tc>
          <w:tcPr>
            <w:tcW w:w="2689" w:type="dxa"/>
          </w:tcPr>
          <w:p w14:paraId="398119D2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8C85A18" w14:textId="77777777" w:rsidR="00B25E2F" w:rsidRDefault="00B25E2F">
            <w:r>
              <w:t xml:space="preserve">Complete  </w:t>
            </w:r>
            <w:sdt>
              <w:sdtPr>
                <w:id w:val="97703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75751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8BC6596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7213E9CE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0FD83F8" w14:textId="77777777" w:rsidR="00B25E2F" w:rsidRDefault="00B25E2F">
            <w:r>
              <w:t xml:space="preserve">Yes </w:t>
            </w:r>
            <w:sdt>
              <w:sdtPr>
                <w:id w:val="-151769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16153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0FC72EE1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1F095" w14:textId="066C793B" w:rsidR="00B25E2F" w:rsidRDefault="00B25E2F"/>
        </w:tc>
      </w:tr>
      <w:tr w:rsidR="00B25E2F" w14:paraId="48D7AEAB" w14:textId="77777777">
        <w:tc>
          <w:tcPr>
            <w:tcW w:w="2689" w:type="dxa"/>
          </w:tcPr>
          <w:p w14:paraId="177FCE41" w14:textId="094C4208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729968584"/>
            <w:placeholder>
              <w:docPart w:val="082AEF006D934EEB8F9C9EB682A5B8AC"/>
            </w:placeholder>
            <w:showingPlcHdr/>
          </w:sdtPr>
          <w:sdtContent>
            <w:tc>
              <w:tcPr>
                <w:tcW w:w="6661" w:type="dxa"/>
              </w:tcPr>
              <w:p w14:paraId="1D18509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29995B9" w14:textId="77777777">
        <w:tc>
          <w:tcPr>
            <w:tcW w:w="2689" w:type="dxa"/>
          </w:tcPr>
          <w:p w14:paraId="1554AC1B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490156971"/>
            <w:placeholder>
              <w:docPart w:val="92840F83F857439CB0F560B65A95055C"/>
            </w:placeholder>
            <w:showingPlcHdr/>
          </w:sdtPr>
          <w:sdtContent>
            <w:tc>
              <w:tcPr>
                <w:tcW w:w="6661" w:type="dxa"/>
              </w:tcPr>
              <w:p w14:paraId="6C5B38A9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7932346" w14:textId="77777777">
        <w:tc>
          <w:tcPr>
            <w:tcW w:w="2689" w:type="dxa"/>
          </w:tcPr>
          <w:p w14:paraId="59118417" w14:textId="77777777" w:rsidR="00B25E2F" w:rsidRDefault="00B25E2F">
            <w:r>
              <w:rPr>
                <w:b/>
                <w:bCs/>
              </w:rPr>
              <w:t>Dates</w:t>
            </w:r>
          </w:p>
        </w:tc>
        <w:sdt>
          <w:sdtPr>
            <w:id w:val="-1091782296"/>
            <w:placeholder>
              <w:docPart w:val="ACCC264728114ADB8EB894C7A094B5CD"/>
            </w:placeholder>
            <w:showingPlcHdr/>
          </w:sdtPr>
          <w:sdtContent>
            <w:tc>
              <w:tcPr>
                <w:tcW w:w="6661" w:type="dxa"/>
              </w:tcPr>
              <w:p w14:paraId="100554C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3FD5E3E" w14:textId="77777777">
        <w:tc>
          <w:tcPr>
            <w:tcW w:w="2689" w:type="dxa"/>
          </w:tcPr>
          <w:p w14:paraId="22BD165D" w14:textId="77777777" w:rsidR="00B25E2F" w:rsidRDefault="00B25E2F" w:rsidP="008E5780">
            <w:r w:rsidRPr="00F4085D">
              <w:rPr>
                <w:b/>
                <w:bCs/>
              </w:rPr>
              <w:t xml:space="preserve">Feedback/Outcomes </w:t>
            </w:r>
          </w:p>
        </w:tc>
        <w:sdt>
          <w:sdtPr>
            <w:id w:val="535390839"/>
            <w:placeholder>
              <w:docPart w:val="D9D452437EFA4D61A4BF4165DCA28CF2"/>
            </w:placeholder>
            <w:showingPlcHdr/>
          </w:sdtPr>
          <w:sdtContent>
            <w:tc>
              <w:tcPr>
                <w:tcW w:w="6661" w:type="dxa"/>
              </w:tcPr>
              <w:p w14:paraId="4B0FB0C5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FE710C8" w14:textId="77777777">
        <w:tc>
          <w:tcPr>
            <w:tcW w:w="2689" w:type="dxa"/>
          </w:tcPr>
          <w:p w14:paraId="1A1540D9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C6593E2" w14:textId="77777777" w:rsidR="00B25E2F" w:rsidRDefault="00B25E2F">
            <w:r>
              <w:t xml:space="preserve">Complete  </w:t>
            </w:r>
            <w:sdt>
              <w:sdtPr>
                <w:id w:val="-122073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57866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6328E7FC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7E7B8DA9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4F697C2" w14:textId="77777777" w:rsidR="00B25E2F" w:rsidRDefault="00B25E2F">
            <w:r>
              <w:t xml:space="preserve">Yes </w:t>
            </w:r>
            <w:sdt>
              <w:sdtPr>
                <w:id w:val="1154810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40195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665B30CC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5887B6" w14:textId="0B8C5859" w:rsidR="00B25E2F" w:rsidRDefault="00B25E2F"/>
        </w:tc>
      </w:tr>
    </w:tbl>
    <w:p w14:paraId="44996457" w14:textId="77777777" w:rsidR="00846BF0" w:rsidRPr="00846BF0" w:rsidRDefault="00846BF0" w:rsidP="00846BF0"/>
    <w:p w14:paraId="6B2C589B" w14:textId="77777777" w:rsidR="00846BF0" w:rsidRPr="00846BF0" w:rsidRDefault="00846BF0" w:rsidP="00846BF0"/>
    <w:p w14:paraId="7C431B1F" w14:textId="77777777" w:rsidR="00F211F0" w:rsidRDefault="00F211F0" w:rsidP="00F211F0"/>
    <w:p w14:paraId="1FC78D44" w14:textId="2D5B2B68" w:rsidR="00214ECC" w:rsidRDefault="00214ECC"/>
    <w:sectPr w:rsidR="00214ECC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4ECBC" w14:textId="77777777" w:rsidR="0091713D" w:rsidRDefault="0091713D" w:rsidP="001B2E81">
      <w:pPr>
        <w:spacing w:after="0" w:line="240" w:lineRule="auto"/>
      </w:pPr>
      <w:r>
        <w:separator/>
      </w:r>
    </w:p>
  </w:endnote>
  <w:endnote w:type="continuationSeparator" w:id="0">
    <w:p w14:paraId="487EA778" w14:textId="77777777" w:rsidR="0091713D" w:rsidRDefault="0091713D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30CFA" w14:textId="77777777" w:rsidR="0091713D" w:rsidRDefault="0091713D" w:rsidP="001B2E81">
      <w:pPr>
        <w:spacing w:after="0" w:line="240" w:lineRule="auto"/>
      </w:pPr>
      <w:r>
        <w:separator/>
      </w:r>
    </w:p>
  </w:footnote>
  <w:footnote w:type="continuationSeparator" w:id="0">
    <w:p w14:paraId="6A59F846" w14:textId="77777777" w:rsidR="0091713D" w:rsidRDefault="0091713D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458E63FD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8E5780">
      <w:t>Infectious Diseases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91F84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2142C"/>
    <w:multiLevelType w:val="hybridMultilevel"/>
    <w:tmpl w:val="27EE4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D03EC6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1F2C7B"/>
    <w:multiLevelType w:val="hybridMultilevel"/>
    <w:tmpl w:val="5CFE18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3"/>
  </w:num>
  <w:num w:numId="14" w16cid:durableId="889731661">
    <w:abstractNumId w:val="14"/>
  </w:num>
  <w:num w:numId="15" w16cid:durableId="1684742980">
    <w:abstractNumId w:val="15"/>
  </w:num>
  <w:num w:numId="16" w16cid:durableId="1393891575">
    <w:abstractNumId w:val="9"/>
  </w:num>
  <w:num w:numId="17" w16cid:durableId="157111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34D5"/>
    <w:rsid w:val="0015074B"/>
    <w:rsid w:val="001B2E81"/>
    <w:rsid w:val="001C17E4"/>
    <w:rsid w:val="00214ECC"/>
    <w:rsid w:val="002319B9"/>
    <w:rsid w:val="002931FF"/>
    <w:rsid w:val="0029639D"/>
    <w:rsid w:val="002D7D98"/>
    <w:rsid w:val="002E140B"/>
    <w:rsid w:val="00326F90"/>
    <w:rsid w:val="003729FB"/>
    <w:rsid w:val="003B5611"/>
    <w:rsid w:val="004A41F5"/>
    <w:rsid w:val="004D6768"/>
    <w:rsid w:val="00524709"/>
    <w:rsid w:val="00547911"/>
    <w:rsid w:val="00597958"/>
    <w:rsid w:val="005A051B"/>
    <w:rsid w:val="00636705"/>
    <w:rsid w:val="00684B65"/>
    <w:rsid w:val="006D0099"/>
    <w:rsid w:val="0075109E"/>
    <w:rsid w:val="007C0991"/>
    <w:rsid w:val="007C3707"/>
    <w:rsid w:val="00821B93"/>
    <w:rsid w:val="00846BF0"/>
    <w:rsid w:val="008525FA"/>
    <w:rsid w:val="008E5780"/>
    <w:rsid w:val="008E5ED2"/>
    <w:rsid w:val="0091713D"/>
    <w:rsid w:val="009A7B67"/>
    <w:rsid w:val="009E4AEB"/>
    <w:rsid w:val="009F7823"/>
    <w:rsid w:val="00A0792E"/>
    <w:rsid w:val="00A36383"/>
    <w:rsid w:val="00A62857"/>
    <w:rsid w:val="00AA1D8D"/>
    <w:rsid w:val="00AC60FF"/>
    <w:rsid w:val="00B16633"/>
    <w:rsid w:val="00B25E2F"/>
    <w:rsid w:val="00B47730"/>
    <w:rsid w:val="00B8038E"/>
    <w:rsid w:val="00BC3393"/>
    <w:rsid w:val="00BD4838"/>
    <w:rsid w:val="00C47B11"/>
    <w:rsid w:val="00C7253B"/>
    <w:rsid w:val="00C95D05"/>
    <w:rsid w:val="00C96489"/>
    <w:rsid w:val="00CB0664"/>
    <w:rsid w:val="00CD745A"/>
    <w:rsid w:val="00D33C4F"/>
    <w:rsid w:val="00DA296B"/>
    <w:rsid w:val="00DC2290"/>
    <w:rsid w:val="00E3057B"/>
    <w:rsid w:val="00E9708F"/>
    <w:rsid w:val="00EA1FF9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9A116C87-EFC0-4624-9105-04F637F4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0C2345" w:rsidP="000C2345">
          <w:pPr>
            <w:pStyle w:val="F4D6CB2241074A76A75ACE4A72F3BA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0C2345" w:rsidP="000C2345">
          <w:pPr>
            <w:pStyle w:val="5C6BE9DD57B042A78E73AE6C65AB81E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0C2345" w:rsidP="000C2345">
          <w:pPr>
            <w:pStyle w:val="B94FF17A7DD844238942618D220CAEE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0C2345" w:rsidP="000C2345">
          <w:pPr>
            <w:pStyle w:val="767E5F504CE04A3283DBB5C362BF53D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0C2345" w:rsidP="000C2345">
          <w:pPr>
            <w:pStyle w:val="15FA136DFCC9400EA3643631FD9D49A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0C2345" w:rsidP="000C2345">
          <w:pPr>
            <w:pStyle w:val="758EF154077D4EC492E0AA02749775E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0C2345" w:rsidP="000C2345">
          <w:pPr>
            <w:pStyle w:val="60444590C5F4414E83C6454885D5753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0C2345" w:rsidP="000C2345">
          <w:pPr>
            <w:pStyle w:val="096DC268CB3744C7AF90E558EFABE7F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0C2345" w:rsidP="000C2345">
          <w:pPr>
            <w:pStyle w:val="16EE3227410F4460A6706019F08584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0C2345" w:rsidP="000C2345">
          <w:pPr>
            <w:pStyle w:val="35C6ADD19D0A4F7F9AA8A8D4CCB1374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0C2345" w:rsidP="000C2345">
          <w:pPr>
            <w:pStyle w:val="0AD4EFDEB46F4DD3B07D7D864B6EAE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0C2345" w:rsidP="000C2345">
          <w:pPr>
            <w:pStyle w:val="C969D259CE28476AA1EB44B74A93B0D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0C2345" w:rsidP="000C2345">
          <w:pPr>
            <w:pStyle w:val="4163D3241B974CB9999FF0EC5B4E2B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0C2345" w:rsidP="000C2345">
          <w:pPr>
            <w:pStyle w:val="89495584885745569DDCF4FEC1482D0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0C2345" w:rsidP="000C2345">
          <w:pPr>
            <w:pStyle w:val="66C6F6902A3B4D4CA7D745FDDA70B68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0C2345" w:rsidP="000C2345">
          <w:pPr>
            <w:pStyle w:val="4CD965A9EE694FECADF2476D720E7B6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0C2345" w:rsidP="000C2345">
          <w:pPr>
            <w:pStyle w:val="09E232A6ADC042DB884957F020A929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0C2345" w:rsidP="000C2345">
          <w:pPr>
            <w:pStyle w:val="3DF7FD3C5E5C4C0992D419903A5ACDD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0C2345" w:rsidP="000C2345">
          <w:pPr>
            <w:pStyle w:val="657F90F891404138BEF4C8B0986FE70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0C2345" w:rsidP="000C2345">
          <w:pPr>
            <w:pStyle w:val="C9113B8A854441D682CE5AC80AFB086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0C2345" w:rsidP="000C2345">
          <w:pPr>
            <w:pStyle w:val="E3F5175B57004446843F4F317C13BE7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0C2345" w:rsidP="000C2345">
          <w:pPr>
            <w:pStyle w:val="74CADD3637F3476CAEF2795719E307A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0C2345" w:rsidP="000C2345">
          <w:pPr>
            <w:pStyle w:val="6E2E25C8BD59485F83A4E1A3EB66C1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0C2345" w:rsidP="000C2345">
          <w:pPr>
            <w:pStyle w:val="CADFFF9D18954E1993F5C0789B03E17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0C2345" w:rsidP="000C2345">
          <w:pPr>
            <w:pStyle w:val="872FF4CA11794B8A841DB2220DF10EA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0C2345" w:rsidP="000C2345">
          <w:pPr>
            <w:pStyle w:val="4E97BD512F134974B65EC5CE1A1FFA5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0C2345" w:rsidP="000C2345">
          <w:pPr>
            <w:pStyle w:val="43C24FC1DD4E4C25906C3761C0E44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0C2345" w:rsidP="000C2345">
          <w:pPr>
            <w:pStyle w:val="6E5B51F8A20C49259CB13015EB12138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0C2345" w:rsidP="000C2345">
          <w:pPr>
            <w:pStyle w:val="ACA81B7FEB124004A04A95F11ADBD7A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0C2345" w:rsidP="000C2345">
          <w:pPr>
            <w:pStyle w:val="AB27C8C8D90949D99B80C3BCC40C6D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0C2345" w:rsidP="000C2345">
          <w:pPr>
            <w:pStyle w:val="BE6BAA36B4CE46CCBA1107A2CA86328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0C2345" w:rsidP="000C2345">
          <w:pPr>
            <w:pStyle w:val="98F3A9EE91754E259AFD2F141BD88EC3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0C2345" w:rsidP="000C2345">
          <w:pPr>
            <w:pStyle w:val="A562792367E244C2B52C13434E400D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0C2345" w:rsidP="000C2345">
          <w:pPr>
            <w:pStyle w:val="7E217E49FF2B4BCCB4F3ACCCBA86205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0C2345" w:rsidP="000C2345">
          <w:pPr>
            <w:pStyle w:val="A6B6B6169038418C8F137F03A3BAC3E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0C2345" w:rsidP="000C2345">
          <w:pPr>
            <w:pStyle w:val="BA84038C5BAB4BC98BCFD7720888F4E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0C2345" w:rsidP="000C2345">
          <w:pPr>
            <w:pStyle w:val="2A85F1BB5E59479D91B2E845B74103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0C2345" w:rsidP="000C2345">
          <w:pPr>
            <w:pStyle w:val="734A0FEE22AB4D08A85FAFBB84445CB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0C2345" w:rsidP="000C2345">
          <w:pPr>
            <w:pStyle w:val="3AE69983638E496B87E186B118E83D05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0C2345" w:rsidP="000C2345">
          <w:pPr>
            <w:pStyle w:val="4E1B8BE8E635423EB269141E9E2912A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0C2345" w:rsidP="000C2345">
          <w:pPr>
            <w:pStyle w:val="522C19E6AA2346A4966003129C441C2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0C2345" w:rsidP="000C2345">
          <w:pPr>
            <w:pStyle w:val="DC6DBC8E8B3947CB8F9195F36B67D85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0C2345" w:rsidP="000C2345">
          <w:pPr>
            <w:pStyle w:val="49487EF4E50B45EF8F8DF0A58099CB0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0C2345" w:rsidP="000C2345">
          <w:pPr>
            <w:pStyle w:val="C6C5AA04D5744E5397F5B4C02E599FE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0C2345" w:rsidP="000C2345">
          <w:pPr>
            <w:pStyle w:val="657845195F10471BB191FDF6254F450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0C2345" w:rsidP="000C2345">
          <w:pPr>
            <w:pStyle w:val="4261ABEBA6024587BD9BFFA89B86CBA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0C2345" w:rsidP="000C2345">
          <w:pPr>
            <w:pStyle w:val="ECE4C47E07C843CCA2D7255597D07705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0C2345" w:rsidP="000C2345">
          <w:pPr>
            <w:pStyle w:val="9444CF760006459A89EF2B7CE3AFF2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0C2345" w:rsidP="000C2345">
          <w:pPr>
            <w:pStyle w:val="A451D5A1F2414B9AB219F05CFB3EC45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0C2345" w:rsidP="000C2345">
          <w:pPr>
            <w:pStyle w:val="E58E1C4CC73644419B96786849CD041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0C2345" w:rsidP="000C2345">
          <w:pPr>
            <w:pStyle w:val="CA4E4ABAE5DA465E97A6237A7809538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0C2345" w:rsidP="000C2345">
          <w:pPr>
            <w:pStyle w:val="156AE4FD73954CA688AAE317B321396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0C2345" w:rsidP="000C2345">
          <w:pPr>
            <w:pStyle w:val="6D5A277E4DAE4119840AF2E2D970FC5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0C2345" w:rsidP="000C2345">
          <w:pPr>
            <w:pStyle w:val="586FFECF142C4598987272C037E4807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0C2345" w:rsidP="000C2345">
          <w:pPr>
            <w:pStyle w:val="0FB6E5FECABF45829BB384A56029A28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164AFE8C004731B39F8D42AA79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844EF-ADD6-4262-AAB4-675971BC0AAA}"/>
      </w:docPartPr>
      <w:docPartBody>
        <w:p w:rsidR="004161F5" w:rsidRDefault="000C2345" w:rsidP="000C2345">
          <w:pPr>
            <w:pStyle w:val="26164AFE8C004731B39F8D42AA79484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E6DFAA3A744858DA27EA69CF18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8A8C-51C0-4144-89BC-3515CCD83F1A}"/>
      </w:docPartPr>
      <w:docPartBody>
        <w:p w:rsidR="004161F5" w:rsidRDefault="000C2345" w:rsidP="000C2345">
          <w:pPr>
            <w:pStyle w:val="143E6DFAA3A744858DA27EA69CF186A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E9068020A4D09974EA1EB0D07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AB17-855A-4C4D-874A-93CE948C9AA3}"/>
      </w:docPartPr>
      <w:docPartBody>
        <w:p w:rsidR="004161F5" w:rsidRDefault="000C2345" w:rsidP="000C2345">
          <w:pPr>
            <w:pStyle w:val="FB7E9068020A4D09974EA1EB0D07EBE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D229517514DD3BA3088064240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1FEA-3A97-41F3-97BB-88D258595AF0}"/>
      </w:docPartPr>
      <w:docPartBody>
        <w:p w:rsidR="004161F5" w:rsidRDefault="000C2345" w:rsidP="000C2345">
          <w:pPr>
            <w:pStyle w:val="B9DD229517514DD3BA3088064240514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DB9EE858049CCB9AFBB15E5095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4E822-6637-475A-9ECE-360D82B14F33}"/>
      </w:docPartPr>
      <w:docPartBody>
        <w:p w:rsidR="004161F5" w:rsidRDefault="000C2345" w:rsidP="000C2345">
          <w:pPr>
            <w:pStyle w:val="4B4DB9EE858049CCB9AFBB15E50951BB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0C2345" w:rsidP="000C2345">
          <w:pPr>
            <w:pStyle w:val="7041F98D97294F33B27DB409BE8E3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0C2345" w:rsidP="000C2345">
          <w:pPr>
            <w:pStyle w:val="73AB6D1D873F4738BF61AE697637871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0C2345" w:rsidP="000C2345">
          <w:pPr>
            <w:pStyle w:val="520891A0A4C04E9D9F8A8F3644975C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0C2345" w:rsidP="000C2345">
          <w:pPr>
            <w:pStyle w:val="C582574595EA444189787F4DFB8EE37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0C2345" w:rsidP="000C2345">
          <w:pPr>
            <w:pStyle w:val="55670920D67C4481B676B57D42BEF39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0C2345" w:rsidP="000C2345">
          <w:pPr>
            <w:pStyle w:val="1734C0B0E50C4165979C1D1CD6EF511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0C2345" w:rsidP="000C2345">
          <w:pPr>
            <w:pStyle w:val="982533AA1A67444FAB6AD764FF1EF88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0C2345" w:rsidP="000C2345">
          <w:pPr>
            <w:pStyle w:val="A8251704D7154EB4AAFD40739CBF32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0C2345" w:rsidP="000C2345">
          <w:pPr>
            <w:pStyle w:val="092F71A98DCB432994A49CF6A2418B1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0C2345" w:rsidP="000C2345">
          <w:pPr>
            <w:pStyle w:val="FF714C39671F4059B6173089394CD3E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0C2345" w:rsidP="000C2345">
          <w:pPr>
            <w:pStyle w:val="28589E92AA8443098EDE0E709D3F980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0C2345" w:rsidP="000C2345">
          <w:pPr>
            <w:pStyle w:val="7B8873B5DDFA49E29AD3D86C96355BE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0C2345" w:rsidP="000C2345">
          <w:pPr>
            <w:pStyle w:val="7D53A91E55554B1E87906AAB7E66728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0C2345" w:rsidP="000C2345">
          <w:pPr>
            <w:pStyle w:val="A98CC7936C024C2988776FBA2CC670B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0C2345" w:rsidP="000C2345">
          <w:pPr>
            <w:pStyle w:val="2E9B36F7201C45DF99CA9FA9C42900A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0C2345" w:rsidP="000C2345">
          <w:pPr>
            <w:pStyle w:val="09814CF1CD7A47D3BB560F37A96F9D5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0C2345" w:rsidP="000C2345">
          <w:pPr>
            <w:pStyle w:val="7793DEAF92564508A217818A964BBBC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A7464D96FD4651804EB52EF6222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658BA-49C0-43FB-93CF-A4C62A3D396B}"/>
      </w:docPartPr>
      <w:docPartBody>
        <w:p w:rsidR="000C2345" w:rsidRDefault="000C2345" w:rsidP="000C2345">
          <w:pPr>
            <w:pStyle w:val="52A7464D96FD4651804EB52EF6222011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92C6D754449F8B542EA48D1DCE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1C79E-3592-43AA-891B-73933DAE8A9C}"/>
      </w:docPartPr>
      <w:docPartBody>
        <w:p w:rsidR="000C2345" w:rsidRDefault="000C2345" w:rsidP="000C2345">
          <w:pPr>
            <w:pStyle w:val="C0492C6D754449F8B542EA48D1DCE9D9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49DCD23CEC4ECE8F377BF42DDB4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CF883-03A2-42BC-8940-8EA819EE75BE}"/>
      </w:docPartPr>
      <w:docPartBody>
        <w:p w:rsidR="000C2345" w:rsidRDefault="000C2345" w:rsidP="000C2345">
          <w:pPr>
            <w:pStyle w:val="7E49DCD23CEC4ECE8F377BF42DDB4968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B6655259146508DD418BD48E5B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DB948-13A6-46BF-895B-33907A8267EE}"/>
      </w:docPartPr>
      <w:docPartBody>
        <w:p w:rsidR="000C2345" w:rsidRDefault="000C2345" w:rsidP="000C2345">
          <w:pPr>
            <w:pStyle w:val="E35B6655259146508DD418BD48E5BC4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63460EDC9E4D71AF7E9395FDDA9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B274F-619E-4D97-AB98-5F4FCA7A7547}"/>
      </w:docPartPr>
      <w:docPartBody>
        <w:p w:rsidR="000C2345" w:rsidRDefault="000C2345" w:rsidP="000C2345">
          <w:pPr>
            <w:pStyle w:val="C463460EDC9E4D71AF7E9395FDDA9EE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09ACF79A5E4C7ABB8092AFB3426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B8498-5050-4CF5-ACF6-49DB02CF8C9D}"/>
      </w:docPartPr>
      <w:docPartBody>
        <w:p w:rsidR="000C2345" w:rsidRDefault="000C2345" w:rsidP="000C2345">
          <w:pPr>
            <w:pStyle w:val="2E09ACF79A5E4C7ABB8092AFB342603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D74768D1B54CA8B2A5D385C5125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6DB8B-C0F1-47EA-96F7-DB569C10FAAE}"/>
      </w:docPartPr>
      <w:docPartBody>
        <w:p w:rsidR="000C2345" w:rsidRDefault="000C2345" w:rsidP="000C2345">
          <w:pPr>
            <w:pStyle w:val="53D74768D1B54CA8B2A5D385C512534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53A3089E014B80A3DF921D322D4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F9612-7A6E-4BF6-8F6A-F62278236072}"/>
      </w:docPartPr>
      <w:docPartBody>
        <w:p w:rsidR="000C2345" w:rsidRDefault="000C2345" w:rsidP="000C2345">
          <w:pPr>
            <w:pStyle w:val="5B53A3089E014B80A3DF921D322D4D9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760AF975DD4EFB8BEB699FB1ADE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ED3E2-20BA-4B62-A4C8-015C549636E1}"/>
      </w:docPartPr>
      <w:docPartBody>
        <w:p w:rsidR="000C2345" w:rsidRDefault="000C2345" w:rsidP="000C2345">
          <w:pPr>
            <w:pStyle w:val="E3760AF975DD4EFB8BEB699FB1ADE8E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25819E676E41CDB338A38C7F62F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50F6B-69E9-43DE-BC59-3661AE802181}"/>
      </w:docPartPr>
      <w:docPartBody>
        <w:p w:rsidR="000C2345" w:rsidRDefault="000C2345" w:rsidP="000C2345">
          <w:pPr>
            <w:pStyle w:val="B325819E676E41CDB338A38C7F62FAF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A0B282B56E4C9D83CB7B16E5735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942D6-DB5D-4C77-97B0-86CF882410D0}"/>
      </w:docPartPr>
      <w:docPartBody>
        <w:p w:rsidR="000C2345" w:rsidRDefault="000C2345" w:rsidP="000C2345">
          <w:pPr>
            <w:pStyle w:val="80A0B282B56E4C9D83CB7B16E5735CA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11CE5A3D8A490D8A3ADDC376ECA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9D23E-3F65-47FD-A617-21E1A7F00C8F}"/>
      </w:docPartPr>
      <w:docPartBody>
        <w:p w:rsidR="000C2345" w:rsidRDefault="000C2345" w:rsidP="000C2345">
          <w:pPr>
            <w:pStyle w:val="A211CE5A3D8A490D8A3ADDC376ECA08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7C2F2036D64DE99FFDE53A1E774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BB3F1-1B5A-4DBA-9B2D-E4D65658C032}"/>
      </w:docPartPr>
      <w:docPartBody>
        <w:p w:rsidR="000C2345" w:rsidRDefault="000C2345" w:rsidP="000C2345">
          <w:pPr>
            <w:pStyle w:val="EE7C2F2036D64DE99FFDE53A1E77470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D2E910EC264D63BD8DEA280ABB8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5004B-77A0-4840-8F2E-EBC37FFD1A2A}"/>
      </w:docPartPr>
      <w:docPartBody>
        <w:p w:rsidR="000C2345" w:rsidRDefault="000C2345" w:rsidP="000C2345">
          <w:pPr>
            <w:pStyle w:val="68D2E910EC264D63BD8DEA280ABB88C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68C0E2A89E4DDD8D6975632BD05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42824-6E75-4986-A4F9-4CE4F7AA3599}"/>
      </w:docPartPr>
      <w:docPartBody>
        <w:p w:rsidR="000C2345" w:rsidRDefault="000C2345" w:rsidP="000C2345">
          <w:pPr>
            <w:pStyle w:val="3A68C0E2A89E4DDD8D6975632BD05C5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135E300332412E90FEC8F871AF5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2B2FF-C9E0-4A65-AF1D-7D7881476B94}"/>
      </w:docPartPr>
      <w:docPartBody>
        <w:p w:rsidR="000C2345" w:rsidRDefault="000C2345" w:rsidP="000C2345">
          <w:pPr>
            <w:pStyle w:val="75135E300332412E90FEC8F871AF573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36521809DA4E1AA67C53DF8D093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30AC6-83F2-4D02-BEEC-1FAD2AF2681C}"/>
      </w:docPartPr>
      <w:docPartBody>
        <w:p w:rsidR="000C2345" w:rsidRDefault="000C2345" w:rsidP="000C2345">
          <w:pPr>
            <w:pStyle w:val="4736521809DA4E1AA67C53DF8D0930F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950904BBD34A1C81EF2304DFE5E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33179-F8C0-4D19-8803-8700C7DC9C19}"/>
      </w:docPartPr>
      <w:docPartBody>
        <w:p w:rsidR="00BC3B7B" w:rsidRDefault="000C2345" w:rsidP="000C2345">
          <w:pPr>
            <w:pStyle w:val="93950904BBD34A1C81EF2304DFE5ECA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0DD85AA32D405DA5DA7E47368CF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0491A-A396-4D43-B43E-9697C90217CA}"/>
      </w:docPartPr>
      <w:docPartBody>
        <w:p w:rsidR="00BC3B7B" w:rsidRDefault="000C2345" w:rsidP="000C2345">
          <w:pPr>
            <w:pStyle w:val="9E0DD85AA32D405DA5DA7E47368CF282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B2A999D880D4003AF6EA2E2A6021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3A523-4E94-4F9C-A915-FAC183BE789F}"/>
      </w:docPartPr>
      <w:docPartBody>
        <w:p w:rsidR="00BC3B7B" w:rsidRDefault="000C2345" w:rsidP="000C2345">
          <w:pPr>
            <w:pStyle w:val="5B2A999D880D4003AF6EA2E2A6021D7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BBF1003A26407AA0B45B90FACC5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CD46E-9BD2-4E3E-A8BE-FE457C340C61}"/>
      </w:docPartPr>
      <w:docPartBody>
        <w:p w:rsidR="00BC3B7B" w:rsidRDefault="000C2345" w:rsidP="000C2345">
          <w:pPr>
            <w:pStyle w:val="E7BBF1003A26407AA0B45B90FACC5C8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27D6B0B07A4519BC60486D63EBC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C1F5C-A967-4B46-96BF-ED21F4BC6B13}"/>
      </w:docPartPr>
      <w:docPartBody>
        <w:p w:rsidR="00BC3B7B" w:rsidRDefault="000C2345" w:rsidP="000C2345">
          <w:pPr>
            <w:pStyle w:val="0C27D6B0B07A4519BC60486D63EBC9C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599321E46B47E5A9A6A7978037C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C28C1-3647-4876-B24A-4247F4252944}"/>
      </w:docPartPr>
      <w:docPartBody>
        <w:p w:rsidR="00BC3B7B" w:rsidRDefault="000C2345" w:rsidP="000C2345">
          <w:pPr>
            <w:pStyle w:val="C0599321E46B47E5A9A6A7978037C9C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80D848FAC7444D8DCB36CAB3BDE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49CE9-7D78-482D-83FE-D9C5B028F1FC}"/>
      </w:docPartPr>
      <w:docPartBody>
        <w:p w:rsidR="00BC3B7B" w:rsidRDefault="000C2345" w:rsidP="000C2345">
          <w:pPr>
            <w:pStyle w:val="4180D848FAC7444D8DCB36CAB3BDED7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BD32D287894CD09A4B06613302A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80749-0EDD-4C84-8EB0-A9C13FA4414F}"/>
      </w:docPartPr>
      <w:docPartBody>
        <w:p w:rsidR="00BC3B7B" w:rsidRDefault="000C2345" w:rsidP="000C2345">
          <w:pPr>
            <w:pStyle w:val="0CBD32D287894CD09A4B06613302A8C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9920180D3F48F88A59A188964CD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8EC3-115A-484C-B011-563F58C5E32E}"/>
      </w:docPartPr>
      <w:docPartBody>
        <w:p w:rsidR="00BC3B7B" w:rsidRDefault="000C2345" w:rsidP="000C2345">
          <w:pPr>
            <w:pStyle w:val="6B9920180D3F48F88A59A188964CDA0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6753B24D82D4489A36D57AD74F45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C441D-E5C3-4D2A-AF3D-D92E967388D3}"/>
      </w:docPartPr>
      <w:docPartBody>
        <w:p w:rsidR="00BC3B7B" w:rsidRDefault="000C2345" w:rsidP="000C2345">
          <w:pPr>
            <w:pStyle w:val="D6753B24D82D4489A36D57AD74F4547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4DE5812F6454694AACA90CF6243A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CDE74-E642-45CF-B326-59122FDB43AC}"/>
      </w:docPartPr>
      <w:docPartBody>
        <w:p w:rsidR="00BC3B7B" w:rsidRDefault="000C2345" w:rsidP="000C2345">
          <w:pPr>
            <w:pStyle w:val="A4DE5812F6454694AACA90CF6243ABC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A9CE2AC10247B6A9D643E28B113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9A855-3F5A-4B55-B649-38F081620D45}"/>
      </w:docPartPr>
      <w:docPartBody>
        <w:p w:rsidR="00BC3B7B" w:rsidRDefault="000C2345" w:rsidP="000C2345">
          <w:pPr>
            <w:pStyle w:val="FEA9CE2AC10247B6A9D643E28B113D0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0E2C80CDC046899502CE35811A3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A00D0-C135-4B33-82A5-8D2D4AA54415}"/>
      </w:docPartPr>
      <w:docPartBody>
        <w:p w:rsidR="00BC3B7B" w:rsidRDefault="000C2345" w:rsidP="000C2345">
          <w:pPr>
            <w:pStyle w:val="840E2C80CDC046899502CE35811A35E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FC70836B0244DE8F331D914AAC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590D1-7A02-4140-8D30-F5BE64D2BA14}"/>
      </w:docPartPr>
      <w:docPartBody>
        <w:p w:rsidR="00BC3B7B" w:rsidRDefault="000C2345" w:rsidP="000C2345">
          <w:pPr>
            <w:pStyle w:val="24FC70836B0244DE8F331D914AAC5C4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65529FFC1148BA8C3210C99BCC1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B0656-73EA-4D95-932C-43B108A111A8}"/>
      </w:docPartPr>
      <w:docPartBody>
        <w:p w:rsidR="00BC3B7B" w:rsidRDefault="000C2345" w:rsidP="000C2345">
          <w:pPr>
            <w:pStyle w:val="F565529FFC1148BA8C3210C99BCC178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0BAC110F414297B56F6F0FF42A8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AA91F-CF13-4B0E-9F3C-BC603A630995}"/>
      </w:docPartPr>
      <w:docPartBody>
        <w:p w:rsidR="00BC3B7B" w:rsidRDefault="000C2345" w:rsidP="000C2345">
          <w:pPr>
            <w:pStyle w:val="4E0BAC110F414297B56F6F0FF42A8E4B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AA0FD18F2946D4A9398E63F1070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854ED-4E77-45D8-8B73-F0F0D8FF8092}"/>
      </w:docPartPr>
      <w:docPartBody>
        <w:p w:rsidR="00BC3B7B" w:rsidRDefault="000C2345" w:rsidP="000C2345">
          <w:pPr>
            <w:pStyle w:val="4EAA0FD18F2946D4A9398E63F1070D7C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4EA8CB4115849519A1E2662B6752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76110-6854-447D-B7FD-AD0B660EC049}"/>
      </w:docPartPr>
      <w:docPartBody>
        <w:p w:rsidR="00BC3B7B" w:rsidRDefault="000C2345" w:rsidP="000C2345">
          <w:pPr>
            <w:pStyle w:val="B4EA8CB4115849519A1E2662B67524B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AF4504CC09468FBCF1795A8BDCC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BC354-FF98-4F5C-8B21-F3D6BBD5379F}"/>
      </w:docPartPr>
      <w:docPartBody>
        <w:p w:rsidR="00BC3B7B" w:rsidRDefault="000C2345" w:rsidP="000C2345">
          <w:pPr>
            <w:pStyle w:val="94AF4504CC09468FBCF1795A8BDCC5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5D83A0B0604A24A43667A1FE03E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B02EA-B4B7-41BA-A57C-EB5D7427B86A}"/>
      </w:docPartPr>
      <w:docPartBody>
        <w:p w:rsidR="00BC3B7B" w:rsidRDefault="000C2345" w:rsidP="000C2345">
          <w:pPr>
            <w:pStyle w:val="E05D83A0B0604A24A43667A1FE03E93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D4C8C4275641FC85752E3CB7AA7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247D9-F66D-48EB-9B60-0EC94DFA2F1D}"/>
      </w:docPartPr>
      <w:docPartBody>
        <w:p w:rsidR="00BC3B7B" w:rsidRDefault="000C2345" w:rsidP="000C2345">
          <w:pPr>
            <w:pStyle w:val="45D4C8C4275641FC85752E3CB7AA75C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E2A2033A7541D6A85548103945E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C20CA-CB23-481B-93EC-18795B2D443B}"/>
      </w:docPartPr>
      <w:docPartBody>
        <w:p w:rsidR="00BC3B7B" w:rsidRDefault="000C2345" w:rsidP="000C2345">
          <w:pPr>
            <w:pStyle w:val="A0E2A2033A7541D6A85548103945E2F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ED296183A94FF68EC2A30F1706A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8AF4F-5E59-4709-85C8-93CD6F625102}"/>
      </w:docPartPr>
      <w:docPartBody>
        <w:p w:rsidR="00BC3B7B" w:rsidRDefault="000C2345" w:rsidP="000C2345">
          <w:pPr>
            <w:pStyle w:val="AAED296183A94FF68EC2A30F1706A17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9B08C6998C4817B8A4AB88903A4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34EDC-F557-49F7-AB3F-BACC77ECBD17}"/>
      </w:docPartPr>
      <w:docPartBody>
        <w:p w:rsidR="00BC3B7B" w:rsidRDefault="000C2345" w:rsidP="000C2345">
          <w:pPr>
            <w:pStyle w:val="009B08C6998C4817B8A4AB88903A40CB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00AEFCFD3340DEBA9935F564689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729F8-3013-4951-95A6-4B66791F4BFE}"/>
      </w:docPartPr>
      <w:docPartBody>
        <w:p w:rsidR="00BC3B7B" w:rsidRDefault="000C2345" w:rsidP="000C2345">
          <w:pPr>
            <w:pStyle w:val="AB00AEFCFD3340DEBA9935F564689B10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2083A9B14A94F4096B112001E55D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7CA3B-A355-471A-9E0B-B90191C81B90}"/>
      </w:docPartPr>
      <w:docPartBody>
        <w:p w:rsidR="00BC3B7B" w:rsidRDefault="000C2345" w:rsidP="000C2345">
          <w:pPr>
            <w:pStyle w:val="92083A9B14A94F4096B112001E55D73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DA3BC9EB904F68B80B43D9A5221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AF7F0-CB6B-4717-8E6F-7C5DFA07CCD5}"/>
      </w:docPartPr>
      <w:docPartBody>
        <w:p w:rsidR="00BC3B7B" w:rsidRDefault="000C2345" w:rsidP="000C2345">
          <w:pPr>
            <w:pStyle w:val="8DDA3BC9EB904F68B80B43D9A5221A7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C32A7C3FE045BCA48929A561C57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A104B-6FDD-40BA-8113-14EDC6EE7B62}"/>
      </w:docPartPr>
      <w:docPartBody>
        <w:p w:rsidR="00BC3B7B" w:rsidRDefault="000C2345" w:rsidP="000C2345">
          <w:pPr>
            <w:pStyle w:val="03C32A7C3FE045BCA48929A561C5735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7D1BE6AC054B3BB1B210174782F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094C2-FEF2-4E86-A56C-21F965B3B56A}"/>
      </w:docPartPr>
      <w:docPartBody>
        <w:p w:rsidR="00BC3B7B" w:rsidRDefault="000C2345" w:rsidP="000C2345">
          <w:pPr>
            <w:pStyle w:val="5F7D1BE6AC054B3BB1B210174782FC6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BE277B624C4B90833AC7E6A0F9F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565D5-9C15-4FB1-B41A-F9327C1E8BC9}"/>
      </w:docPartPr>
      <w:docPartBody>
        <w:p w:rsidR="00BC3B7B" w:rsidRDefault="000C2345" w:rsidP="000C2345">
          <w:pPr>
            <w:pStyle w:val="11BE277B624C4B90833AC7E6A0F9FF7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C8CD94D4944E7799E4393E1B913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3AA37-5978-4770-99EF-0E32A1B806C4}"/>
      </w:docPartPr>
      <w:docPartBody>
        <w:p w:rsidR="00BC3B7B" w:rsidRDefault="000C2345" w:rsidP="000C2345">
          <w:pPr>
            <w:pStyle w:val="0FC8CD94D4944E7799E4393E1B913E4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B2FE8461E3549948EF171D5F6293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570A6-B2D8-4D10-9103-7CB6C16199D9}"/>
      </w:docPartPr>
      <w:docPartBody>
        <w:p w:rsidR="00BC3B7B" w:rsidRDefault="000C2345" w:rsidP="000C2345">
          <w:pPr>
            <w:pStyle w:val="7B2FE8461E3549948EF171D5F62935FC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F06B93654464CDC8F29E7C2C398A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DB294-F903-4CBE-B1DC-16FAAA62E8A2}"/>
      </w:docPartPr>
      <w:docPartBody>
        <w:p w:rsidR="00BC3B7B" w:rsidRDefault="000C2345" w:rsidP="000C2345">
          <w:pPr>
            <w:pStyle w:val="5F06B93654464CDC8F29E7C2C398AA6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BA1182635D4F8DA91A9868883D3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57354-42D6-44B3-A5DD-B8C9361D9C9E}"/>
      </w:docPartPr>
      <w:docPartBody>
        <w:p w:rsidR="00BC3B7B" w:rsidRDefault="000C2345" w:rsidP="000C2345">
          <w:pPr>
            <w:pStyle w:val="F4BA1182635D4F8DA91A9868883D364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14210B3E9D4C24933AE4932E5CD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2777B-910A-4F51-ABC1-0F6D490676EC}"/>
      </w:docPartPr>
      <w:docPartBody>
        <w:p w:rsidR="00BC3B7B" w:rsidRDefault="000C2345" w:rsidP="000C2345">
          <w:pPr>
            <w:pStyle w:val="7D14210B3E9D4C24933AE4932E5CDDA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E56275160A488AA9F4A061C8A57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5350D-0586-43AD-98F0-7D4FE8BA807E}"/>
      </w:docPartPr>
      <w:docPartBody>
        <w:p w:rsidR="00BC3B7B" w:rsidRDefault="000C2345" w:rsidP="000C2345">
          <w:pPr>
            <w:pStyle w:val="DEE56275160A488AA9F4A061C8A570D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87D20F6CCE459FB7A1367213795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D4E1B-5CEC-41A0-B2E9-995717C07A0E}"/>
      </w:docPartPr>
      <w:docPartBody>
        <w:p w:rsidR="00BC3B7B" w:rsidRDefault="000C2345" w:rsidP="000C2345">
          <w:pPr>
            <w:pStyle w:val="3987D20F6CCE459FB7A1367213795A9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1FDDF23E0C4FB69EFFD638AABC7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47B8C-E2F3-4AB0-9A9F-A589C8CB5172}"/>
      </w:docPartPr>
      <w:docPartBody>
        <w:p w:rsidR="00BC3B7B" w:rsidRDefault="000C2345" w:rsidP="000C2345">
          <w:pPr>
            <w:pStyle w:val="8F1FDDF23E0C4FB69EFFD638AABC7EBE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517133207324C388AD2ABC3B193B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55737-DC86-4829-BA52-23C3EB22A56D}"/>
      </w:docPartPr>
      <w:docPartBody>
        <w:p w:rsidR="00BC3B7B" w:rsidRDefault="000C2345" w:rsidP="000C2345">
          <w:pPr>
            <w:pStyle w:val="1517133207324C388AD2ABC3B193B37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BF94CFAA0BE4178BB5E66844D776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20808-7DC2-4A56-AF86-B4D1A96C2243}"/>
      </w:docPartPr>
      <w:docPartBody>
        <w:p w:rsidR="00BC3B7B" w:rsidRDefault="000C2345" w:rsidP="000C2345">
          <w:pPr>
            <w:pStyle w:val="9BF94CFAA0BE4178BB5E66844D776F7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511EC2F2DE441D83CD4B3C5AF3B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12A96-BAD7-40F3-9B60-BA4584936751}"/>
      </w:docPartPr>
      <w:docPartBody>
        <w:p w:rsidR="00BC3B7B" w:rsidRDefault="000C2345" w:rsidP="000C2345">
          <w:pPr>
            <w:pStyle w:val="B3511EC2F2DE441D83CD4B3C5AF3BA2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4EA171F12547BDA7A4EB3389A63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09587-68DE-4EA1-B3C0-BC19A3EDA950}"/>
      </w:docPartPr>
      <w:docPartBody>
        <w:p w:rsidR="00BC3B7B" w:rsidRDefault="000C2345" w:rsidP="000C2345">
          <w:pPr>
            <w:pStyle w:val="184EA171F12547BDA7A4EB3389A63E6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835F643CFC4C1D81AC8409F3A79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DCB6A-2D12-4FB0-BB8C-98F74FBF34E5}"/>
      </w:docPartPr>
      <w:docPartBody>
        <w:p w:rsidR="00BC3B7B" w:rsidRDefault="000C2345" w:rsidP="000C2345">
          <w:pPr>
            <w:pStyle w:val="05835F643CFC4C1D81AC8409F3A7956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4652AA73E14574AEA14857FBB14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28FFD-9845-4C68-BA5B-AE71E6B04BE7}"/>
      </w:docPartPr>
      <w:docPartBody>
        <w:p w:rsidR="00BC3B7B" w:rsidRDefault="000C2345" w:rsidP="000C2345">
          <w:pPr>
            <w:pStyle w:val="2D4652AA73E14574AEA14857FBB14AA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DAB610269E4C658C97DEF727B66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F003C-BA8B-496D-8683-E0EFB32733B5}"/>
      </w:docPartPr>
      <w:docPartBody>
        <w:p w:rsidR="00BC3B7B" w:rsidRDefault="000C2345" w:rsidP="000C2345">
          <w:pPr>
            <w:pStyle w:val="95DAB610269E4C658C97DEF727B66E7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252D13FD054C109303747793A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2E53D-8CCD-42B2-998E-C864443E0973}"/>
      </w:docPartPr>
      <w:docPartBody>
        <w:p w:rsidR="00BC3B7B" w:rsidRDefault="000C2345" w:rsidP="000C2345">
          <w:pPr>
            <w:pStyle w:val="2B252D13FD054C109303747793AFD0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A4BFC3F9BA40CC95F5E23844177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4850A-9F2D-43FF-8E48-7FB8154AE650}"/>
      </w:docPartPr>
      <w:docPartBody>
        <w:p w:rsidR="00BC3B7B" w:rsidRDefault="000C2345" w:rsidP="000C2345">
          <w:pPr>
            <w:pStyle w:val="B7A4BFC3F9BA40CC95F5E2384417727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43C82B10C5E4AFC96B5C4F497A2D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AF9F7-0DFE-4C8A-93F5-5678E4E53749}"/>
      </w:docPartPr>
      <w:docPartBody>
        <w:p w:rsidR="00BC3B7B" w:rsidRDefault="000C2345" w:rsidP="000C2345">
          <w:pPr>
            <w:pStyle w:val="C43C82B10C5E4AFC96B5C4F497A2D2C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1038B481B54953A99E828DD8C2A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D8C5F-51AF-4146-9192-7F992BC02CD4}"/>
      </w:docPartPr>
      <w:docPartBody>
        <w:p w:rsidR="00BC3B7B" w:rsidRDefault="000C2345" w:rsidP="000C2345">
          <w:pPr>
            <w:pStyle w:val="341038B481B54953A99E828DD8C2AAA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909C30E244864B303D2929ED72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64EFC-C723-4AE2-9254-07B54FBB5C58}"/>
      </w:docPartPr>
      <w:docPartBody>
        <w:p w:rsidR="00BC3B7B" w:rsidRDefault="000C2345" w:rsidP="000C2345">
          <w:pPr>
            <w:pStyle w:val="5E0909C30E244864B303D2929ED724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EB878418184419934ACC907E447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A3886-84D0-4266-B80B-3A3DFF21B404}"/>
      </w:docPartPr>
      <w:docPartBody>
        <w:p w:rsidR="00BC3B7B" w:rsidRDefault="000C2345" w:rsidP="000C2345">
          <w:pPr>
            <w:pStyle w:val="B2EB878418184419934ACC907E4474B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CE0FCE345143009E48153FD2665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29D82-46B9-4EC1-BB4F-A5C9C8DDDFBA}"/>
      </w:docPartPr>
      <w:docPartBody>
        <w:p w:rsidR="00BC3B7B" w:rsidRDefault="000C2345" w:rsidP="000C2345">
          <w:pPr>
            <w:pStyle w:val="F6CE0FCE345143009E48153FD266559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29A05B54BA94794965495C719B38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E39D8-24A4-4EA9-B607-28B6BD4C86DF}"/>
      </w:docPartPr>
      <w:docPartBody>
        <w:p w:rsidR="00BC3B7B" w:rsidRDefault="000C2345" w:rsidP="000C2345">
          <w:pPr>
            <w:pStyle w:val="D29A05B54BA94794965495C719B38F5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481A8F6AD343B5AF7DFE3015ABA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895FC-CE35-4F8A-9EB5-096ACD7B3DF0}"/>
      </w:docPartPr>
      <w:docPartBody>
        <w:p w:rsidR="00BC3B7B" w:rsidRDefault="000C2345" w:rsidP="000C2345">
          <w:pPr>
            <w:pStyle w:val="98481A8F6AD343B5AF7DFE3015ABA6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E992C21AED4FCCB3FB805D8832C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6039D-680D-4270-95C8-D6EBE1039874}"/>
      </w:docPartPr>
      <w:docPartBody>
        <w:p w:rsidR="00BC3B7B" w:rsidRDefault="000C2345" w:rsidP="000C2345">
          <w:pPr>
            <w:pStyle w:val="B8E992C21AED4FCCB3FB805D8832C81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97997027034574A820100BA2877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3104F-C6BE-4929-BDBE-F8022713D2B5}"/>
      </w:docPartPr>
      <w:docPartBody>
        <w:p w:rsidR="00BC3B7B" w:rsidRDefault="000C2345" w:rsidP="000C2345">
          <w:pPr>
            <w:pStyle w:val="DB97997027034574A820100BA28779C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A5BBC61EA54C2E9A4DFC84297C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659E9-66EA-4305-853D-31580D658169}"/>
      </w:docPartPr>
      <w:docPartBody>
        <w:p w:rsidR="00BC3B7B" w:rsidRDefault="000C2345" w:rsidP="000C2345">
          <w:pPr>
            <w:pStyle w:val="08A5BBC61EA54C2E9A4DFC84297C3A7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FEDA85EBA3443494BEB1A7CCE6E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660E4-2D02-4894-A0BF-AF16F38CFD52}"/>
      </w:docPartPr>
      <w:docPartBody>
        <w:p w:rsidR="00BC3B7B" w:rsidRDefault="000C2345" w:rsidP="000C2345">
          <w:pPr>
            <w:pStyle w:val="03FEDA85EBA3443494BEB1A7CCE6EC5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4B893CAF2A4C18A2BF279A3EB27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85716-7DBD-4F1C-9CA9-0CC6F68D2680}"/>
      </w:docPartPr>
      <w:docPartBody>
        <w:p w:rsidR="00BC3B7B" w:rsidRDefault="000C2345" w:rsidP="000C2345">
          <w:pPr>
            <w:pStyle w:val="224B893CAF2A4C18A2BF279A3EB270F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4ED0A294403BB4EB0D96749A7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B889D-012C-465F-9994-43BFE4F9E04D}"/>
      </w:docPartPr>
      <w:docPartBody>
        <w:p w:rsidR="00BC3B7B" w:rsidRDefault="000C2345" w:rsidP="000C2345">
          <w:pPr>
            <w:pStyle w:val="90A14ED0A294403BB4EB0D96749A798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243354C2B748268D403E77E9707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EA690-EDEC-4DFD-8E56-B9B120A3525D}"/>
      </w:docPartPr>
      <w:docPartBody>
        <w:p w:rsidR="00BC3B7B" w:rsidRDefault="000C2345" w:rsidP="000C2345">
          <w:pPr>
            <w:pStyle w:val="FA243354C2B748268D403E77E970710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C20849886348838E7D5C1751BAA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EA6FF-6341-41C3-BBE1-6F14284688AE}"/>
      </w:docPartPr>
      <w:docPartBody>
        <w:p w:rsidR="00BC3B7B" w:rsidRDefault="000C2345" w:rsidP="000C2345">
          <w:pPr>
            <w:pStyle w:val="7CC20849886348838E7D5C1751BAAFC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03718ACD0E4CAD86017488A9C3B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223D6-CB26-408F-BCF9-596229628F95}"/>
      </w:docPartPr>
      <w:docPartBody>
        <w:p w:rsidR="00BC3B7B" w:rsidRDefault="000C2345" w:rsidP="000C2345">
          <w:pPr>
            <w:pStyle w:val="3D03718ACD0E4CAD86017488A9C3B8F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73402ACF4945B4963B993FCE77E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63944-3606-406A-B1CA-4D22004AC1C5}"/>
      </w:docPartPr>
      <w:docPartBody>
        <w:p w:rsidR="00BC3B7B" w:rsidRDefault="000C2345" w:rsidP="000C2345">
          <w:pPr>
            <w:pStyle w:val="7F73402ACF4945B4963B993FCE77EBC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EDC25DA65648E0A61722138A5B3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834A4-0AF6-4464-8F7D-4B2626E82814}"/>
      </w:docPartPr>
      <w:docPartBody>
        <w:p w:rsidR="00BC3B7B" w:rsidRDefault="000C2345" w:rsidP="000C2345">
          <w:pPr>
            <w:pStyle w:val="8DEDC25DA65648E0A61722138A5B3F0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3B18A239F14CE7AB5114B7ACB66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5B9DF-EAE9-443B-9C12-C7A720151DC4}"/>
      </w:docPartPr>
      <w:docPartBody>
        <w:p w:rsidR="00BC3B7B" w:rsidRDefault="000C2345" w:rsidP="000C2345">
          <w:pPr>
            <w:pStyle w:val="D33B18A239F14CE7AB5114B7ACB660E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2728BAAE0D438C8B15904C234A9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3C35F-E6A1-4556-A51A-C119A7D433F4}"/>
      </w:docPartPr>
      <w:docPartBody>
        <w:p w:rsidR="00BC3B7B" w:rsidRDefault="000C2345" w:rsidP="000C2345">
          <w:pPr>
            <w:pStyle w:val="6B2728BAAE0D438C8B15904C234A9AD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B89B7D43B443D889ED0D231AC66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F1AB8-8155-4C2C-9324-20AFF1684DC4}"/>
      </w:docPartPr>
      <w:docPartBody>
        <w:p w:rsidR="00BC3B7B" w:rsidRDefault="000C2345" w:rsidP="000C2345">
          <w:pPr>
            <w:pStyle w:val="36B89B7D43B443D889ED0D231AC6693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DF4D48FF2E44A68677DB9186CA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30A51-353C-4254-997C-EAAC9475ABA9}"/>
      </w:docPartPr>
      <w:docPartBody>
        <w:p w:rsidR="00BC3B7B" w:rsidRDefault="000C2345" w:rsidP="000C2345">
          <w:pPr>
            <w:pStyle w:val="E4DF4D48FF2E44A68677DB9186CA755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B4F9AB76C649A78C33B4FFC9BEB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762E7-4661-4C55-ABB0-7CE9F8B188E4}"/>
      </w:docPartPr>
      <w:docPartBody>
        <w:p w:rsidR="00BC3B7B" w:rsidRDefault="000C2345" w:rsidP="000C2345">
          <w:pPr>
            <w:pStyle w:val="D1B4F9AB76C649A78C33B4FFC9BEB8F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7A76DC58D48B8926CC3A90C216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BAFCC-46DF-4E48-8513-67B6C963DC84}"/>
      </w:docPartPr>
      <w:docPartBody>
        <w:p w:rsidR="00BC3B7B" w:rsidRDefault="000C2345" w:rsidP="000C2345">
          <w:pPr>
            <w:pStyle w:val="FC67A76DC58D48B8926CC3A90C2168A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E5B9174B574EBD8B7DDA7B55EF7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9464D-BBE2-41C4-93A7-185A596C8E2A}"/>
      </w:docPartPr>
      <w:docPartBody>
        <w:p w:rsidR="00BC3B7B" w:rsidRDefault="000C2345" w:rsidP="000C2345">
          <w:pPr>
            <w:pStyle w:val="EFE5B9174B574EBD8B7DDA7B55EF794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AC25A4B7AD4021A9E83559C5756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806EE-B4C2-44DD-A0B2-3178AB1998E1}"/>
      </w:docPartPr>
      <w:docPartBody>
        <w:p w:rsidR="00BC3B7B" w:rsidRDefault="000C2345" w:rsidP="000C2345">
          <w:pPr>
            <w:pStyle w:val="43AC25A4B7AD4021A9E83559C575621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D375FE267948BA8E46030D496D1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141AF-BA15-4FF1-AD66-673996A6489E}"/>
      </w:docPartPr>
      <w:docPartBody>
        <w:p w:rsidR="00BC3B7B" w:rsidRDefault="000C2345" w:rsidP="000C2345">
          <w:pPr>
            <w:pStyle w:val="72D375FE267948BA8E46030D496D165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1112FFF24743F5B81BF71AA554E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8D83C-956F-4A09-8D38-959B62C10A81}"/>
      </w:docPartPr>
      <w:docPartBody>
        <w:p w:rsidR="00BC3B7B" w:rsidRDefault="000C2345" w:rsidP="000C2345">
          <w:pPr>
            <w:pStyle w:val="231112FFF24743F5B81BF71AA554E25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7AEC81E6934CB6B7403055EF942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7E62C-40A4-4139-A6DD-9E6271EFAB65}"/>
      </w:docPartPr>
      <w:docPartBody>
        <w:p w:rsidR="00BC3B7B" w:rsidRDefault="000C2345" w:rsidP="000C2345">
          <w:pPr>
            <w:pStyle w:val="8E7AEC81E6934CB6B7403055EF94259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7ED1DB8EC44D14AB99336A4B391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3C57E-BF46-449E-BE1E-AB81493C50E5}"/>
      </w:docPartPr>
      <w:docPartBody>
        <w:p w:rsidR="00BC3B7B" w:rsidRDefault="000C2345" w:rsidP="000C2345">
          <w:pPr>
            <w:pStyle w:val="077ED1DB8EC44D14AB99336A4B39138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2879E63ED845F5BFBB66FC45877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CC50C-1B83-4F7F-BA68-6C6D74F1745E}"/>
      </w:docPartPr>
      <w:docPartBody>
        <w:p w:rsidR="00BC3B7B" w:rsidRDefault="000C2345" w:rsidP="000C2345">
          <w:pPr>
            <w:pStyle w:val="902879E63ED845F5BFBB66FC4587792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AEC8B69FFE449092B9576F48F68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9F387-3065-4822-A00D-F16E956C6D64}"/>
      </w:docPartPr>
      <w:docPartBody>
        <w:p w:rsidR="00BC3B7B" w:rsidRDefault="000C2345" w:rsidP="000C2345">
          <w:pPr>
            <w:pStyle w:val="9AAEC8B69FFE449092B9576F48F68E2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98BE0023D14D859C1CF8133A5B7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21B1E-4F65-4866-91A7-4D00685F1B73}"/>
      </w:docPartPr>
      <w:docPartBody>
        <w:p w:rsidR="00BC3B7B" w:rsidRDefault="000C2345" w:rsidP="000C2345">
          <w:pPr>
            <w:pStyle w:val="4698BE0023D14D859C1CF8133A5B7BB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F8DB398B497788A9F2640F13E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8BEF5-ECD9-44F4-8CA0-98F83C9119B2}"/>
      </w:docPartPr>
      <w:docPartBody>
        <w:p w:rsidR="00BC3B7B" w:rsidRDefault="000C2345" w:rsidP="000C2345">
          <w:pPr>
            <w:pStyle w:val="B9A1F8DB398B497788A9F2640F13E7B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06D5334C7645D98814E77DB04BC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ADB3B-FBED-4343-84EB-2DE619BF8BD0}"/>
      </w:docPartPr>
      <w:docPartBody>
        <w:p w:rsidR="00BC3B7B" w:rsidRDefault="000C2345" w:rsidP="000C2345">
          <w:pPr>
            <w:pStyle w:val="1006D5334C7645D98814E77DB04BC9A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9C78A16E3B414CA7F4808F58E22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E4F87-42E3-4059-B38F-8BA83F5F409B}"/>
      </w:docPartPr>
      <w:docPartBody>
        <w:p w:rsidR="00BC3B7B" w:rsidRDefault="000C2345" w:rsidP="000C2345">
          <w:pPr>
            <w:pStyle w:val="EB9C78A16E3B414CA7F4808F58E226A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C3BEE3C8D74BE8B4E2E82E6C548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5679D-83D2-4AA8-B954-A74DB1BB3426}"/>
      </w:docPartPr>
      <w:docPartBody>
        <w:p w:rsidR="00BC3B7B" w:rsidRDefault="000C2345" w:rsidP="000C2345">
          <w:pPr>
            <w:pStyle w:val="F5C3BEE3C8D74BE8B4E2E82E6C548D4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5FF42B4C434DEDADB5C2B97AF28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10B21-A26C-444F-988E-887A28660A01}"/>
      </w:docPartPr>
      <w:docPartBody>
        <w:p w:rsidR="00BC3B7B" w:rsidRDefault="000C2345" w:rsidP="000C2345">
          <w:pPr>
            <w:pStyle w:val="B75FF42B4C434DEDADB5C2B97AF2815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C81886BD35412D829536EACCB9B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31D1A-66F7-4ADD-A8DA-A16D62058B07}"/>
      </w:docPartPr>
      <w:docPartBody>
        <w:p w:rsidR="00BC3B7B" w:rsidRDefault="000C2345" w:rsidP="000C2345">
          <w:pPr>
            <w:pStyle w:val="3DC81886BD35412D829536EACCB9B71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AF836467904BA3BC0DFD276D90B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09DDD-78C9-4BEA-A2FB-609E3798C057}"/>
      </w:docPartPr>
      <w:docPartBody>
        <w:p w:rsidR="00BC3B7B" w:rsidRDefault="000C2345" w:rsidP="000C2345">
          <w:pPr>
            <w:pStyle w:val="E8AF836467904BA3BC0DFD276D90B2A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B56E31F9DB4A1EA02EAE2ACFEB2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A3229-CE28-4513-915D-669F616ADDED}"/>
      </w:docPartPr>
      <w:docPartBody>
        <w:p w:rsidR="00BC3B7B" w:rsidRDefault="000C2345" w:rsidP="000C2345">
          <w:pPr>
            <w:pStyle w:val="7BB56E31F9DB4A1EA02EAE2ACFEB263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63B54BBF249FB81B3D6DA525FC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814C9-6AC1-4834-96BA-0AABE474D537}"/>
      </w:docPartPr>
      <w:docPartBody>
        <w:p w:rsidR="00BC3B7B" w:rsidRDefault="000C2345" w:rsidP="000C2345">
          <w:pPr>
            <w:pStyle w:val="60663B54BBF249FB81B3D6DA525FC8A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4564BB005C456386C59B2D81215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A9ED5-286D-4AAB-9542-CAE5E4C38E0A}"/>
      </w:docPartPr>
      <w:docPartBody>
        <w:p w:rsidR="00BC3B7B" w:rsidRDefault="000C2345" w:rsidP="000C2345">
          <w:pPr>
            <w:pStyle w:val="404564BB005C456386C59B2D81215C8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6B366005AF4DE7BF494038728D7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AF287-8893-46B3-B465-2B2886798B2B}"/>
      </w:docPartPr>
      <w:docPartBody>
        <w:p w:rsidR="00BC3B7B" w:rsidRDefault="000C2345" w:rsidP="000C2345">
          <w:pPr>
            <w:pStyle w:val="8B6B366005AF4DE7BF494038728D795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A6076282CB4F41B304CD46638E9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7759A-3A7B-4457-999E-3968FB3A0139}"/>
      </w:docPartPr>
      <w:docPartBody>
        <w:p w:rsidR="00BC3B7B" w:rsidRDefault="000C2345" w:rsidP="000C2345">
          <w:pPr>
            <w:pStyle w:val="AAA6076282CB4F41B304CD46638E9AC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2E00091AC4471ABC388D5CE4B82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DCF15-8C60-415C-B614-8E63CBD5EE63}"/>
      </w:docPartPr>
      <w:docPartBody>
        <w:p w:rsidR="00BC3B7B" w:rsidRDefault="000C2345" w:rsidP="000C2345">
          <w:pPr>
            <w:pStyle w:val="FB2E00091AC4471ABC388D5CE4B8291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1DB8F6FAD41BC850188254F06F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75BA5-0BA4-4F24-8D32-3C8D0D5D3B7B}"/>
      </w:docPartPr>
      <w:docPartBody>
        <w:p w:rsidR="00BC3B7B" w:rsidRDefault="000C2345" w:rsidP="000C2345">
          <w:pPr>
            <w:pStyle w:val="4F51DB8F6FAD41BC850188254F06FC0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7218CB5CC746EA98BB9CA176DAE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1F8D3-C494-4144-9003-9A790600E90E}"/>
      </w:docPartPr>
      <w:docPartBody>
        <w:p w:rsidR="00BC3B7B" w:rsidRDefault="000C2345" w:rsidP="000C2345">
          <w:pPr>
            <w:pStyle w:val="E47218CB5CC746EA98BB9CA176DAEE8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AF14C96C1249029CB3CB11C7293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BCBF6-06F2-409F-85FD-BE9062E0BC7D}"/>
      </w:docPartPr>
      <w:docPartBody>
        <w:p w:rsidR="00BC3B7B" w:rsidRDefault="000C2345" w:rsidP="000C2345">
          <w:pPr>
            <w:pStyle w:val="4EAF14C96C1249029CB3CB11C72930C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DB687354514D078AF615E08F261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2972C-CAEB-4F8E-A5EA-0385526DF77D}"/>
      </w:docPartPr>
      <w:docPartBody>
        <w:p w:rsidR="00BC3B7B" w:rsidRDefault="000C2345" w:rsidP="000C2345">
          <w:pPr>
            <w:pStyle w:val="E7DB687354514D078AF615E08F26168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9D2D1247714776B9BC57668961D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9521A-C5D6-4617-AE3D-08BCCBB6F512}"/>
      </w:docPartPr>
      <w:docPartBody>
        <w:p w:rsidR="00BC3B7B" w:rsidRDefault="000C2345" w:rsidP="000C2345">
          <w:pPr>
            <w:pStyle w:val="6D9D2D1247714776B9BC57668961DDF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298F2D26D34F16AB2166BE7872E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049CF-DAC0-4DEF-8366-30058B0089F0}"/>
      </w:docPartPr>
      <w:docPartBody>
        <w:p w:rsidR="00BC3B7B" w:rsidRDefault="000C2345" w:rsidP="000C2345">
          <w:pPr>
            <w:pStyle w:val="BB298F2D26D34F16AB2166BE7872E6F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2AEF006D934EEB8F9C9EB682A5B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6ACEC-2BC1-4BA2-86A2-7E9BDBE8552A}"/>
      </w:docPartPr>
      <w:docPartBody>
        <w:p w:rsidR="00BC3B7B" w:rsidRDefault="000C2345" w:rsidP="000C2345">
          <w:pPr>
            <w:pStyle w:val="082AEF006D934EEB8F9C9EB682A5B8A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840F83F857439CB0F560B65A950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319BC-01FA-440C-B109-BD9BCF99D6E5}"/>
      </w:docPartPr>
      <w:docPartBody>
        <w:p w:rsidR="00BC3B7B" w:rsidRDefault="000C2345" w:rsidP="000C2345">
          <w:pPr>
            <w:pStyle w:val="92840F83F857439CB0F560B65A95055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CC264728114ADB8EB894C7A094B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D9003-90B9-42A3-B44A-953446FF2147}"/>
      </w:docPartPr>
      <w:docPartBody>
        <w:p w:rsidR="00BC3B7B" w:rsidRDefault="000C2345" w:rsidP="000C2345">
          <w:pPr>
            <w:pStyle w:val="ACCC264728114ADB8EB894C7A094B5C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D452437EFA4D61A4BF4165DCA28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482B5-3C42-4C52-B473-0A3794105D63}"/>
      </w:docPartPr>
      <w:docPartBody>
        <w:p w:rsidR="00BC3B7B" w:rsidRDefault="000C2345" w:rsidP="000C2345">
          <w:pPr>
            <w:pStyle w:val="D9D452437EFA4D61A4BF4165DCA28CF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EA0AB-921B-4795-A8FE-6F443744E640}"/>
      </w:docPartPr>
      <w:docPartBody>
        <w:p w:rsidR="00000000" w:rsidRDefault="00BC3B7B">
          <w:r w:rsidRPr="00471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D11ACFB440458D8B0FE937641CC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14698-F567-4D45-B640-0DB282546F53}"/>
      </w:docPartPr>
      <w:docPartBody>
        <w:p w:rsidR="00000000" w:rsidRDefault="00BC3B7B" w:rsidP="00BC3B7B">
          <w:pPr>
            <w:pStyle w:val="32D11ACFB440458D8B0FE937641CCF2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58B15CC85944578DFE962BC77EB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8CBEA-8302-4372-9FD2-E36D283B49E4}"/>
      </w:docPartPr>
      <w:docPartBody>
        <w:p w:rsidR="00000000" w:rsidRDefault="00BC3B7B" w:rsidP="00BC3B7B">
          <w:pPr>
            <w:pStyle w:val="C758B15CC85944578DFE962BC77EBD4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364871FF794A76858ACBBC9EC88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E24D1-B24D-4E69-AE57-B244532E1EBC}"/>
      </w:docPartPr>
      <w:docPartBody>
        <w:p w:rsidR="00000000" w:rsidRDefault="00BC3B7B" w:rsidP="00BC3B7B">
          <w:pPr>
            <w:pStyle w:val="60364871FF794A76858ACBBC9EC8804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30B4A1E90343FFB11DFF331F7D7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24558-9641-4280-961F-AF80BB294A8E}"/>
      </w:docPartPr>
      <w:docPartBody>
        <w:p w:rsidR="00000000" w:rsidRDefault="00BC3B7B" w:rsidP="00BC3B7B">
          <w:pPr>
            <w:pStyle w:val="6B30B4A1E90343FFB11DFF331F7D7F8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C2345"/>
    <w:rsid w:val="00190F9F"/>
    <w:rsid w:val="00307384"/>
    <w:rsid w:val="003B5611"/>
    <w:rsid w:val="004161F5"/>
    <w:rsid w:val="00417FF6"/>
    <w:rsid w:val="004801B2"/>
    <w:rsid w:val="005A051B"/>
    <w:rsid w:val="006239E1"/>
    <w:rsid w:val="00636705"/>
    <w:rsid w:val="00667F4B"/>
    <w:rsid w:val="006D0099"/>
    <w:rsid w:val="007F3524"/>
    <w:rsid w:val="009A5C93"/>
    <w:rsid w:val="00B302C0"/>
    <w:rsid w:val="00BC3393"/>
    <w:rsid w:val="00BC3B7B"/>
    <w:rsid w:val="00BD0B7C"/>
    <w:rsid w:val="00EE6B93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3B7B"/>
    <w:rPr>
      <w:color w:val="666666"/>
    </w:rPr>
  </w:style>
  <w:style w:type="paragraph" w:customStyle="1" w:styleId="225EF4E1DB414259B81E3A5B0D24E2E1">
    <w:name w:val="225EF4E1DB414259B81E3A5B0D24E2E1"/>
    <w:rsid w:val="00BC3B7B"/>
  </w:style>
  <w:style w:type="paragraph" w:customStyle="1" w:styleId="18C52555185B470DB460D5276957DBAF">
    <w:name w:val="18C52555185B470DB460D5276957DBAF"/>
    <w:rsid w:val="00BC3B7B"/>
  </w:style>
  <w:style w:type="paragraph" w:customStyle="1" w:styleId="53527A8966A34FD085A1A3A39FE57DEB">
    <w:name w:val="53527A8966A34FD085A1A3A39FE57DEB"/>
    <w:rsid w:val="00BC3B7B"/>
  </w:style>
  <w:style w:type="paragraph" w:customStyle="1" w:styleId="836815662E0547FBB365B24D9242BC48">
    <w:name w:val="836815662E0547FBB365B24D9242BC48"/>
    <w:rsid w:val="00BC3B7B"/>
  </w:style>
  <w:style w:type="paragraph" w:customStyle="1" w:styleId="4CF7DEBE4C094D23BE002E89B7884FD5">
    <w:name w:val="4CF7DEBE4C094D23BE002E89B7884FD5"/>
    <w:rsid w:val="00BC3B7B"/>
  </w:style>
  <w:style w:type="paragraph" w:customStyle="1" w:styleId="3768A24425E04BE38BDD8B98EFF07A57">
    <w:name w:val="3768A24425E04BE38BDD8B98EFF07A57"/>
    <w:rsid w:val="00BC3B7B"/>
  </w:style>
  <w:style w:type="paragraph" w:customStyle="1" w:styleId="900CF45553B747489F57AC0370997690">
    <w:name w:val="900CF45553B747489F57AC0370997690"/>
    <w:rsid w:val="00BC3B7B"/>
  </w:style>
  <w:style w:type="paragraph" w:customStyle="1" w:styleId="EFBAAD7DAF4345E38E3E0F8159B6BC2E">
    <w:name w:val="EFBAAD7DAF4345E38E3E0F8159B6BC2E"/>
    <w:rsid w:val="00BC3B7B"/>
  </w:style>
  <w:style w:type="paragraph" w:customStyle="1" w:styleId="4CFB8810A93A493CA864914C86007394">
    <w:name w:val="4CFB8810A93A493CA864914C86007394"/>
    <w:rsid w:val="00BC3B7B"/>
  </w:style>
  <w:style w:type="paragraph" w:customStyle="1" w:styleId="3576AB89DC104C69AD9E2AC99A560E53">
    <w:name w:val="3576AB89DC104C69AD9E2AC99A560E53"/>
    <w:rsid w:val="00BC3B7B"/>
  </w:style>
  <w:style w:type="paragraph" w:customStyle="1" w:styleId="E1F13BA1C45245CA86747313BF764AED">
    <w:name w:val="E1F13BA1C45245CA86747313BF764AED"/>
    <w:rsid w:val="00BC3B7B"/>
  </w:style>
  <w:style w:type="paragraph" w:customStyle="1" w:styleId="EDFA35B9362547928AE77DA57C9971D8">
    <w:name w:val="EDFA35B9362547928AE77DA57C9971D8"/>
    <w:rsid w:val="00BC3B7B"/>
  </w:style>
  <w:style w:type="paragraph" w:customStyle="1" w:styleId="30170663D8A5490CB23E46D9F0A640CF">
    <w:name w:val="30170663D8A5490CB23E46D9F0A640CF"/>
    <w:rsid w:val="00BC3B7B"/>
  </w:style>
  <w:style w:type="paragraph" w:customStyle="1" w:styleId="7DE75C6464964FC5B3F662A85E6F24C9">
    <w:name w:val="7DE75C6464964FC5B3F662A85E6F24C9"/>
    <w:rsid w:val="00BC3B7B"/>
  </w:style>
  <w:style w:type="paragraph" w:customStyle="1" w:styleId="F612103EEFDF40F1A9C4F52FAAF91C78">
    <w:name w:val="F612103EEFDF40F1A9C4F52FAAF91C78"/>
    <w:rsid w:val="00BC3B7B"/>
  </w:style>
  <w:style w:type="paragraph" w:customStyle="1" w:styleId="AA39A5389CC84FAC94AB30F8DB6C82C0">
    <w:name w:val="AA39A5389CC84FAC94AB30F8DB6C82C0"/>
    <w:rsid w:val="00BC3B7B"/>
  </w:style>
  <w:style w:type="paragraph" w:customStyle="1" w:styleId="3D8AC45A338E44C7870D5549F4E0538A">
    <w:name w:val="3D8AC45A338E44C7870D5549F4E0538A"/>
    <w:rsid w:val="00BC3B7B"/>
  </w:style>
  <w:style w:type="paragraph" w:customStyle="1" w:styleId="F5B4BEB5FDFE4066A064358CF1EF7BE8">
    <w:name w:val="F5B4BEB5FDFE4066A064358CF1EF7BE8"/>
    <w:rsid w:val="00BC3B7B"/>
  </w:style>
  <w:style w:type="paragraph" w:customStyle="1" w:styleId="0931189E52A341E3A8B7B4A8AF70AB2F">
    <w:name w:val="0931189E52A341E3A8B7B4A8AF70AB2F"/>
    <w:rsid w:val="00BC3B7B"/>
  </w:style>
  <w:style w:type="paragraph" w:customStyle="1" w:styleId="0423504971984E3CA014D7D54995C960">
    <w:name w:val="0423504971984E3CA014D7D54995C960"/>
    <w:rsid w:val="004161F5"/>
  </w:style>
  <w:style w:type="paragraph" w:customStyle="1" w:styleId="32EB643FDA0A498C94DC05C020DE953D">
    <w:name w:val="32EB643FDA0A498C94DC05C020DE953D"/>
    <w:rsid w:val="00BC3B7B"/>
  </w:style>
  <w:style w:type="paragraph" w:customStyle="1" w:styleId="32D11ACFB440458D8B0FE937641CCF29">
    <w:name w:val="32D11ACFB440458D8B0FE937641CCF29"/>
    <w:rsid w:val="00BC3B7B"/>
  </w:style>
  <w:style w:type="paragraph" w:customStyle="1" w:styleId="C758B15CC85944578DFE962BC77EBD49">
    <w:name w:val="C758B15CC85944578DFE962BC77EBD49"/>
    <w:rsid w:val="00BC3B7B"/>
  </w:style>
  <w:style w:type="paragraph" w:customStyle="1" w:styleId="56D62E8C6FB54EE59AD76E2DE4C1EB04">
    <w:name w:val="56D62E8C6FB54EE59AD76E2DE4C1EB04"/>
    <w:rsid w:val="00BC3B7B"/>
  </w:style>
  <w:style w:type="paragraph" w:customStyle="1" w:styleId="60364871FF794A76858ACBBC9EC88044">
    <w:name w:val="60364871FF794A76858ACBBC9EC88044"/>
    <w:rsid w:val="00BC3B7B"/>
  </w:style>
  <w:style w:type="paragraph" w:customStyle="1" w:styleId="6B30B4A1E90343FFB11DFF331F7D7F88">
    <w:name w:val="6B30B4A1E90343FFB11DFF331F7D7F88"/>
    <w:rsid w:val="00BC3B7B"/>
  </w:style>
  <w:style w:type="paragraph" w:customStyle="1" w:styleId="1734C0B0E50C4165979C1D1CD6EF5118">
    <w:name w:val="1734C0B0E50C4165979C1D1CD6EF5118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A7464D96FD4651804EB52EF62220111">
    <w:name w:val="52A7464D96FD4651804EB52EF622201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">
    <w:name w:val="767E5F504CE04A3283DBB5C362BF53D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492C6D754449F8B542EA48D1DCE9D91">
    <w:name w:val="C0492C6D754449F8B542EA48D1DCE9D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">
    <w:name w:val="15FA136DFCC9400EA3643631FD9D49A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49DCD23CEC4ECE8F377BF42DDB49681">
    <w:name w:val="7E49DCD23CEC4ECE8F377BF42DDB4968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">
    <w:name w:val="758EF154077D4EC492E0AA02749775EE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">
    <w:name w:val="60444590C5F4414E83C6454885D5753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">
    <w:name w:val="096DC268CB3744C7AF90E558EFABE7F6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">
    <w:name w:val="16EE3227410F4460A6706019F08584B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">
    <w:name w:val="35C6ADD19D0A4F7F9AA8A8D4CCB1374F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">
    <w:name w:val="0AD4EFDEB46F4DD3B07D7D864B6EAEB2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">
    <w:name w:val="C969D259CE28476AA1EB44B74A93B0DE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">
    <w:name w:val="4163D3241B974CB9999FF0EC5B4E2B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">
    <w:name w:val="89495584885745569DDCF4FEC1482D05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">
    <w:name w:val="66C6F6902A3B4D4CA7D745FDDA70B68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">
    <w:name w:val="4CD965A9EE694FECADF2476D720E7B6E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">
    <w:name w:val="09E232A6ADC042DB884957F020A929B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">
    <w:name w:val="3DF7FD3C5E5C4C0992D419903A5ACDD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">
    <w:name w:val="CADFFF9D18954E1993F5C0789B03E17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">
    <w:name w:val="657F90F891404138BEF4C8B0986FE706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">
    <w:name w:val="C9113B8A854441D682CE5AC80AFB0860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">
    <w:name w:val="A98CC7936C024C2988776FBA2CC670B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">
    <w:name w:val="2E9B36F7201C45DF99CA9FA9C42900AE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">
    <w:name w:val="09814CF1CD7A47D3BB560F37A96F9D58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">
    <w:name w:val="7793DEAF92564508A217818A964BBBC0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">
    <w:name w:val="AB27C8C8D90949D99B80C3BCC40C6D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">
    <w:name w:val="BE6BAA36B4CE46CCBA1107A2CA86328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">
    <w:name w:val="98F3A9EE91754E259AFD2F141BD88EC3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">
    <w:name w:val="A562792367E244C2B52C13434E400DB2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">
    <w:name w:val="7E217E49FF2B4BCCB4F3ACCCBA862056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">
    <w:name w:val="A6B6B6169038418C8F137F03A3BAC3E6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">
    <w:name w:val="BA84038C5BAB4BC98BCFD7720888F4E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">
    <w:name w:val="2A85F1BB5E59479D91B2E845B74103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">
    <w:name w:val="734A0FEE22AB4D08A85FAFBB84445CB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">
    <w:name w:val="3AE69983638E496B87E186B118E83D05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">
    <w:name w:val="4E1B8BE8E635423EB269141E9E2912A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">
    <w:name w:val="522C19E6AA2346A4966003129C441C2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">
    <w:name w:val="DC6DBC8E8B3947CB8F9195F36B67D85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">
    <w:name w:val="49487EF4E50B45EF8F8DF0A58099CB0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950904BBD34A1C81EF2304DFE5ECA61">
    <w:name w:val="93950904BBD34A1C81EF2304DFE5ECA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E0DD85AA32D405DA5DA7E47368CF2821">
    <w:name w:val="9E0DD85AA32D405DA5DA7E47368CF28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2A999D880D4003AF6EA2E2A6021D741">
    <w:name w:val="5B2A999D880D4003AF6EA2E2A6021D7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BBF1003A26407AA0B45B90FACC5C8A1">
    <w:name w:val="E7BBF1003A26407AA0B45B90FACC5C8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27D6B0B07A4519BC60486D63EBC9C61">
    <w:name w:val="0C27D6B0B07A4519BC60486D63EBC9C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599321E46B47E5A9A6A7978037C9C61">
    <w:name w:val="C0599321E46B47E5A9A6A7978037C9C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80D848FAC7444D8DCB36CAB3BDED7D1">
    <w:name w:val="4180D848FAC7444D8DCB36CAB3BDED7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BD32D287894CD09A4B06613302A8C91">
    <w:name w:val="0CBD32D287894CD09A4B06613302A8C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9920180D3F48F88A59A188964CDA041">
    <w:name w:val="6B9920180D3F48F88A59A188964CDA0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753B24D82D4489A36D57AD74F454791">
    <w:name w:val="D6753B24D82D4489A36D57AD74F4547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DE5812F6454694AACA90CF6243ABCD1">
    <w:name w:val="A4DE5812F6454694AACA90CF6243ABC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EA9CE2AC10247B6A9D643E28B113D021">
    <w:name w:val="FEA9CE2AC10247B6A9D643E28B113D0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0E2C80CDC046899502CE35811A35E91">
    <w:name w:val="840E2C80CDC046899502CE35811A35E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FC70836B0244DE8F331D914AAC5C4D1">
    <w:name w:val="24FC70836B0244DE8F331D914AAC5C4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65529FFC1148BA8C3210C99BCC17811">
    <w:name w:val="F565529FFC1148BA8C3210C99BCC178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0BAC110F414297B56F6F0FF42A8E4B1">
    <w:name w:val="4E0BAC110F414297B56F6F0FF42A8E4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AA0FD18F2946D4A9398E63F1070D7C1">
    <w:name w:val="4EAA0FD18F2946D4A9398E63F1070D7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EA8CB4115849519A1E2662B67524BA1">
    <w:name w:val="B4EA8CB4115849519A1E2662B67524B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AF4504CC09468FBCF1795A8BDCC5641">
    <w:name w:val="94AF4504CC09468FBCF1795A8BDCC56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5D83A0B0604A24A43667A1FE03E9321">
    <w:name w:val="E05D83A0B0604A24A43667A1FE03E93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D4C8C4275641FC85752E3CB7AA75C91">
    <w:name w:val="45D4C8C4275641FC85752E3CB7AA75C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">
    <w:name w:val="657845195F10471BB191FDF6254F450F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">
    <w:name w:val="4261ABEBA6024587BD9BFFA89B86CBA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">
    <w:name w:val="ECE4C47E07C843CCA2D7255597D07705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">
    <w:name w:val="9444CF760006459A89EF2B7CE3AFF2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">
    <w:name w:val="A451D5A1F2414B9AB219F05CFB3EC45E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">
    <w:name w:val="E58E1C4CC73644419B96786849CD0414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">
    <w:name w:val="982533AA1A67444FAB6AD764FF1EF883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">
    <w:name w:val="A8251704D7154EB4AAFD40739CBF3232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">
    <w:name w:val="092F71A98DCB432994A49CF6A2418B1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">
    <w:name w:val="FF714C39671F4059B6173089394CD3E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">
    <w:name w:val="28589E92AA8443098EDE0E709D3F980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">
    <w:name w:val="7B8873B5DDFA49E29AD3D86C96355BE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">
    <w:name w:val="7D53A91E55554B1E87906AAB7E66728B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E2A2033A7541D6A85548103945E2F11">
    <w:name w:val="A0E2A2033A7541D6A85548103945E2F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ED296183A94FF68EC2A30F1706A1781">
    <w:name w:val="AAED296183A94FF68EC2A30F1706A178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9B08C6998C4817B8A4AB88903A40CB1">
    <w:name w:val="009B08C6998C4817B8A4AB88903A40C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00AEFCFD3340DEBA9935F564689B101">
    <w:name w:val="AB00AEFCFD3340DEBA9935F564689B10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083A9B14A94F4096B112001E55D7351">
    <w:name w:val="92083A9B14A94F4096B112001E55D735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DA3BC9EB904F68B80B43D9A5221A791">
    <w:name w:val="8DDA3BC9EB904F68B80B43D9A5221A7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C32A7C3FE045BCA48929A561C5735A1">
    <w:name w:val="03C32A7C3FE045BCA48929A561C5735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7D1BE6AC054B3BB1B210174782FC6B1">
    <w:name w:val="5F7D1BE6AC054B3BB1B210174782FC6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BE277B624C4B90833AC7E6A0F9FF7F1">
    <w:name w:val="11BE277B624C4B90833AC7E6A0F9FF7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C8CD94D4944E7799E4393E1B913E441">
    <w:name w:val="0FC8CD94D4944E7799E4393E1B913E4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2FE8461E3549948EF171D5F62935FC1">
    <w:name w:val="7B2FE8461E3549948EF171D5F62935F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06B93654464CDC8F29E7C2C398AA601">
    <w:name w:val="5F06B93654464CDC8F29E7C2C398AA60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BA1182635D4F8DA91A9868883D364B1">
    <w:name w:val="F4BA1182635D4F8DA91A9868883D364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14210B3E9D4C24933AE4932E5CDDA91">
    <w:name w:val="7D14210B3E9D4C24933AE4932E5CDDA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E56275160A488AA9F4A061C8A570D31">
    <w:name w:val="DEE56275160A488AA9F4A061C8A570D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87D20F6CCE459FB7A1367213795A961">
    <w:name w:val="3987D20F6CCE459FB7A1367213795A9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1FDDF23E0C4FB69EFFD638AABC7EBE1">
    <w:name w:val="8F1FDDF23E0C4FB69EFFD638AABC7EB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17133207324C388AD2ABC3B193B37D1">
    <w:name w:val="1517133207324C388AD2ABC3B193B37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F94CFAA0BE4178BB5E66844D776F771">
    <w:name w:val="9BF94CFAA0BE4178BB5E66844D776F77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511EC2F2DE441D83CD4B3C5AF3BA221">
    <w:name w:val="B3511EC2F2DE441D83CD4B3C5AF3BA2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4EA171F12547BDA7A4EB3389A63E6C1">
    <w:name w:val="184EA171F12547BDA7A4EB3389A63E6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">
    <w:name w:val="CA4E4ABAE5DA465E97A6237A7809538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">
    <w:name w:val="156AE4FD73954CA688AAE317B321396B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">
    <w:name w:val="6D5A277E4DAE4119840AF2E2D970FC5F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">
    <w:name w:val="586FFECF142C4598987272C037E4807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">
    <w:name w:val="0FB6E5FECABF45829BB384A56029A28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">
    <w:name w:val="26164AFE8C004731B39F8D42AA79484B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">
    <w:name w:val="143E6DFAA3A744858DA27EA69CF186A8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">
    <w:name w:val="FB7E9068020A4D09974EA1EB0D07EBE0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">
    <w:name w:val="B9DD229517514DD3BA30880642405144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">
    <w:name w:val="4B4DB9EE858049CCB9AFBB15E50951BB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5835F643CFC4C1D81AC8409F3A7956E1">
    <w:name w:val="05835F643CFC4C1D81AC8409F3A7956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4652AA73E14574AEA14857FBB14AAE1">
    <w:name w:val="2D4652AA73E14574AEA14857FBB14AA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DAB610269E4C658C97DEF727B66E781">
    <w:name w:val="95DAB610269E4C658C97DEF727B66E78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252D13FD054C109303747793AFD04F1">
    <w:name w:val="2B252D13FD054C109303747793AFD04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A4BFC3F9BA40CC95F5E238441772761">
    <w:name w:val="B7A4BFC3F9BA40CC95F5E2384417727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3C82B10C5E4AFC96B5C4F497A2D2C31">
    <w:name w:val="C43C82B10C5E4AFC96B5C4F497A2D2C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1038B481B54953A99E828DD8C2AAA61">
    <w:name w:val="341038B481B54953A99E828DD8C2AAA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0909C30E244864B303D2929ED724641">
    <w:name w:val="5E0909C30E244864B303D2929ED7246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EB878418184419934ACC907E4474BF1">
    <w:name w:val="B2EB878418184419934ACC907E4474B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CE0FCE345143009E48153FD26655991">
    <w:name w:val="F6CE0FCE345143009E48153FD266559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7C2F2036D64DE99FFDE53A1E7747071">
    <w:name w:val="EE7C2F2036D64DE99FFDE53A1E774707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D2E910EC264D63BD8DEA280ABB88C61">
    <w:name w:val="68D2E910EC264D63BD8DEA280ABB88C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68C0E2A89E4DDD8D6975632BD05C5F1">
    <w:name w:val="3A68C0E2A89E4DDD8D6975632BD05C5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135E300332412E90FEC8F871AF57361">
    <w:name w:val="75135E300332412E90FEC8F871AF573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36521809DA4E1AA67C53DF8D0930F31">
    <w:name w:val="4736521809DA4E1AA67C53DF8D0930F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9A05B54BA94794965495C719B38F561">
    <w:name w:val="D29A05B54BA94794965495C719B38F5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481A8F6AD343B5AF7DFE3015ABA6641">
    <w:name w:val="98481A8F6AD343B5AF7DFE3015ABA66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8E992C21AED4FCCB3FB805D8832C8111">
    <w:name w:val="B8E992C21AED4FCCB3FB805D8832C81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97997027034574A820100BA28779C61">
    <w:name w:val="DB97997027034574A820100BA28779C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A5BBC61EA54C2E9A4DFC84297C3A791">
    <w:name w:val="08A5BBC61EA54C2E9A4DFC84297C3A7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FEDA85EBA3443494BEB1A7CCE6EC5E1">
    <w:name w:val="03FEDA85EBA3443494BEB1A7CCE6EC5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4B893CAF2A4C18A2BF279A3EB270F11">
    <w:name w:val="224B893CAF2A4C18A2BF279A3EB270F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A14ED0A294403BB4EB0D96749A798B1">
    <w:name w:val="90A14ED0A294403BB4EB0D96749A798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243354C2B748268D403E77E970710A1">
    <w:name w:val="FA243354C2B748268D403E77E970710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C20849886348838E7D5C1751BAAFCE1">
    <w:name w:val="7CC20849886348838E7D5C1751BAAFC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03718ACD0E4CAD86017488A9C3B8FB1">
    <w:name w:val="3D03718ACD0E4CAD86017488A9C3B8F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F73402ACF4945B4963B993FCE77EBC01">
    <w:name w:val="7F73402ACF4945B4963B993FCE77EBC0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EDC25DA65648E0A61722138A5B3F0F1">
    <w:name w:val="8DEDC25DA65648E0A61722138A5B3F0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3B18A239F14CE7AB5114B7ACB660EA1">
    <w:name w:val="D33B18A239F14CE7AB5114B7ACB660E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2728BAAE0D438C8B15904C234A9AD61">
    <w:name w:val="6B2728BAAE0D438C8B15904C234A9AD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B89B7D43B443D889ED0D231AC669351">
    <w:name w:val="36B89B7D43B443D889ED0D231AC66935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DF4D48FF2E44A68677DB9186CA755C1">
    <w:name w:val="E4DF4D48FF2E44A68677DB9186CA755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B4F9AB76C649A78C33B4FFC9BEB8F61">
    <w:name w:val="D1B4F9AB76C649A78C33B4FFC9BEB8F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C67A76DC58D48B8926CC3A90C2168AB1">
    <w:name w:val="FC67A76DC58D48B8926CC3A90C2168A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FE5B9174B574EBD8B7DDA7B55EF79431">
    <w:name w:val="EFE5B9174B574EBD8B7DDA7B55EF794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">
    <w:name w:val="7041F98D97294F33B27DB409BE8E34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">
    <w:name w:val="73AB6D1D873F4738BF61AE697637871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">
    <w:name w:val="520891A0A4C04E9D9F8A8F3644975C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">
    <w:name w:val="C582574595EA444189787F4DFB8EE37F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">
    <w:name w:val="55670920D67C4481B676B57D42BEF39B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53A3089E014B80A3DF921D322D4D9A1">
    <w:name w:val="5B53A3089E014B80A3DF921D322D4D9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760AF975DD4EFB8BEB699FB1ADE8EB1">
    <w:name w:val="E3760AF975DD4EFB8BEB699FB1ADE8E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25819E676E41CDB338A38C7F62FAF51">
    <w:name w:val="B325819E676E41CDB338A38C7F62FAF5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A0B282B56E4C9D83CB7B16E5735CA51">
    <w:name w:val="80A0B282B56E4C9D83CB7B16E5735CA5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11CE5A3D8A490D8A3ADDC376ECA0891">
    <w:name w:val="A211CE5A3D8A490D8A3ADDC376ECA08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AC25A4B7AD4021A9E83559C575621D1">
    <w:name w:val="43AC25A4B7AD4021A9E83559C575621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2D375FE267948BA8E46030D496D16531">
    <w:name w:val="72D375FE267948BA8E46030D496D165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1112FFF24743F5B81BF71AA554E2511">
    <w:name w:val="231112FFF24743F5B81BF71AA554E25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E7AEC81E6934CB6B7403055EF94259E1">
    <w:name w:val="8E7AEC81E6934CB6B7403055EF94259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7ED1DB8EC44D14AB99336A4B3913811">
    <w:name w:val="077ED1DB8EC44D14AB99336A4B39138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2879E63ED845F5BFBB66FC458779261">
    <w:name w:val="902879E63ED845F5BFBB66FC4587792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AEC8B69FFE449092B9576F48F68E251">
    <w:name w:val="9AAEC8B69FFE449092B9576F48F68E25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98BE0023D14D859C1CF8133A5B7BB91">
    <w:name w:val="4698BE0023D14D859C1CF8133A5B7BB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A1F8DB398B497788A9F2640F13E7B61">
    <w:name w:val="B9A1F8DB398B497788A9F2640F13E7B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06D5334C7645D98814E77DB04BC9AB1">
    <w:name w:val="1006D5334C7645D98814E77DB04BC9A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9C78A16E3B414CA7F4808F58E226A11">
    <w:name w:val="EB9C78A16E3B414CA7F4808F58E226A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C3BEE3C8D74BE8B4E2E82E6C548D4E1">
    <w:name w:val="F5C3BEE3C8D74BE8B4E2E82E6C548D4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5FF42B4C434DEDADB5C2B97AF2815C1">
    <w:name w:val="B75FF42B4C434DEDADB5C2B97AF2815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C81886BD35412D829536EACCB9B7111">
    <w:name w:val="3DC81886BD35412D829536EACCB9B71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AF836467904BA3BC0DFD276D90B2A21">
    <w:name w:val="E8AF836467904BA3BC0DFD276D90B2A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5B6655259146508DD418BD48E5BC431">
    <w:name w:val="E35B6655259146508DD418BD48E5BC4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63460EDC9E4D71AF7E9395FDDA9EEC1">
    <w:name w:val="C463460EDC9E4D71AF7E9395FDDA9EE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09ACF79A5E4C7ABB8092AFB34260391">
    <w:name w:val="2E09ACF79A5E4C7ABB8092AFB342603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74768D1B54CA8B2A5D385C512534A1">
    <w:name w:val="53D74768D1B54CA8B2A5D385C512534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B56E31F9DB4A1EA02EAE2ACFEB26381">
    <w:name w:val="7BB56E31F9DB4A1EA02EAE2ACFEB2638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663B54BBF249FB81B3D6DA525FC8AB1">
    <w:name w:val="60663B54BBF249FB81B3D6DA525FC8A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4564BB005C456386C59B2D81215C891">
    <w:name w:val="404564BB005C456386C59B2D81215C8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6B366005AF4DE7BF494038728D795E1">
    <w:name w:val="8B6B366005AF4DE7BF494038728D795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A6076282CB4F41B304CD46638E9AC31">
    <w:name w:val="AAA6076282CB4F41B304CD46638E9AC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2E00091AC4471ABC388D5CE4B829161">
    <w:name w:val="FB2E00091AC4471ABC388D5CE4B8291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51DB8F6FAD41BC850188254F06FC021">
    <w:name w:val="4F51DB8F6FAD41BC850188254F06FC0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7218CB5CC746EA98BB9CA176DAEE8D1">
    <w:name w:val="E47218CB5CC746EA98BB9CA176DAEE8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AF14C96C1249029CB3CB11C72930C61">
    <w:name w:val="4EAF14C96C1249029CB3CB11C72930C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DB687354514D078AF615E08F2616871">
    <w:name w:val="E7DB687354514D078AF615E08F261687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9D2D1247714776B9BC57668961DDF31">
    <w:name w:val="6D9D2D1247714776B9BC57668961DDF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298F2D26D34F16AB2166BE7872E6FD1">
    <w:name w:val="BB298F2D26D34F16AB2166BE7872E6F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2AEF006D934EEB8F9C9EB682A5B8AC1">
    <w:name w:val="082AEF006D934EEB8F9C9EB682A5B8A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840F83F857439CB0F560B65A95055C1">
    <w:name w:val="92840F83F857439CB0F560B65A95055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CC264728114ADB8EB894C7A094B5CD1">
    <w:name w:val="ACCC264728114ADB8EB894C7A094B5C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9D452437EFA4D61A4BF4165DCA28CF21">
    <w:name w:val="D9D452437EFA4D61A4BF4165DCA28CF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52DF81-90CE-4D11-8577-386F26621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2059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Shivana Chandra</cp:lastModifiedBy>
  <cp:revision>8</cp:revision>
  <dcterms:created xsi:type="dcterms:W3CDTF">2026-09-04T12:53:00Z</dcterms:created>
  <dcterms:modified xsi:type="dcterms:W3CDTF">2026-10-19T09:05:00Z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